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C9BDA" w14:textId="409A6BBA" w:rsidR="00AC4BD3" w:rsidRDefault="00842302">
      <w:pPr>
        <w:ind w:firstLine="283"/>
        <w:jc w:val="center"/>
      </w:pPr>
      <w:r>
        <w:t xml:space="preserve">                                                                                                                                                 </w:t>
      </w:r>
      <w:proofErr w:type="spellStart"/>
      <w:r w:rsidR="00FF29CB">
        <w:t>Загвар</w:t>
      </w:r>
      <w:proofErr w:type="spellEnd"/>
    </w:p>
    <w:p w14:paraId="4543EBF0" w14:textId="77777777" w:rsidR="00AC4BD3" w:rsidRPr="00842302" w:rsidRDefault="00FF29CB" w:rsidP="00842302">
      <w:pPr>
        <w:ind w:firstLine="283"/>
        <w:jc w:val="right"/>
        <w:rPr>
          <w:rFonts w:ascii="Arial" w:hAnsi="Arial" w:cs="Arial"/>
          <w:szCs w:val="24"/>
        </w:rPr>
      </w:pPr>
      <w:r w:rsidRPr="00842302">
        <w:rPr>
          <w:rFonts w:ascii="Arial" w:hAnsi="Arial" w:cs="Arial"/>
          <w:szCs w:val="24"/>
        </w:rPr>
        <w:t>Үүсгэн байгуулагчдын 20.... оны .... сарын .... –ны</w:t>
      </w:r>
    </w:p>
    <w:p w14:paraId="59BF25D6" w14:textId="7F2393FC" w:rsidR="00AC4BD3" w:rsidRPr="00842302" w:rsidRDefault="00FF29CB" w:rsidP="00842302">
      <w:pPr>
        <w:ind w:firstLine="283"/>
        <w:jc w:val="right"/>
        <w:rPr>
          <w:rFonts w:ascii="Arial" w:hAnsi="Arial" w:cs="Arial"/>
          <w:szCs w:val="24"/>
        </w:rPr>
      </w:pPr>
      <w:r w:rsidRPr="00842302">
        <w:rPr>
          <w:rFonts w:ascii="Arial" w:hAnsi="Arial" w:cs="Arial"/>
          <w:szCs w:val="24"/>
        </w:rPr>
        <w:t xml:space="preserve">өдрийн .... </w:t>
      </w:r>
      <w:proofErr w:type="spellStart"/>
      <w:r w:rsidRPr="00842302">
        <w:rPr>
          <w:rFonts w:ascii="Arial" w:hAnsi="Arial" w:cs="Arial"/>
          <w:szCs w:val="24"/>
        </w:rPr>
        <w:t>тоот</w:t>
      </w:r>
      <w:proofErr w:type="spellEnd"/>
      <w:r w:rsidRPr="00842302">
        <w:rPr>
          <w:rFonts w:ascii="Arial" w:hAnsi="Arial" w:cs="Arial"/>
          <w:szCs w:val="24"/>
        </w:rPr>
        <w:t xml:space="preserve"> </w:t>
      </w:r>
      <w:proofErr w:type="spellStart"/>
      <w:r w:rsidRPr="00842302">
        <w:rPr>
          <w:rFonts w:ascii="Arial" w:hAnsi="Arial" w:cs="Arial"/>
          <w:szCs w:val="24"/>
        </w:rPr>
        <w:t>тогтоолын</w:t>
      </w:r>
      <w:proofErr w:type="spellEnd"/>
      <w:r w:rsidRPr="00842302">
        <w:rPr>
          <w:rFonts w:ascii="Arial" w:hAnsi="Arial" w:cs="Arial"/>
          <w:szCs w:val="24"/>
        </w:rPr>
        <w:t xml:space="preserve"> </w:t>
      </w:r>
      <w:proofErr w:type="spellStart"/>
      <w:r w:rsidRPr="00842302">
        <w:rPr>
          <w:rFonts w:ascii="Arial" w:hAnsi="Arial" w:cs="Arial"/>
          <w:szCs w:val="24"/>
        </w:rPr>
        <w:t>хавсралтаар</w:t>
      </w:r>
      <w:proofErr w:type="spellEnd"/>
      <w:r w:rsidRPr="00842302">
        <w:rPr>
          <w:rFonts w:ascii="Arial" w:hAnsi="Arial" w:cs="Arial"/>
          <w:szCs w:val="24"/>
        </w:rPr>
        <w:t xml:space="preserve"> </w:t>
      </w:r>
      <w:proofErr w:type="spellStart"/>
      <w:r w:rsidRPr="00842302">
        <w:rPr>
          <w:rFonts w:ascii="Arial" w:hAnsi="Arial" w:cs="Arial"/>
          <w:szCs w:val="24"/>
        </w:rPr>
        <w:t>батлав</w:t>
      </w:r>
      <w:proofErr w:type="spellEnd"/>
      <w:r w:rsidRPr="00842302">
        <w:rPr>
          <w:rFonts w:ascii="Arial" w:hAnsi="Arial" w:cs="Arial"/>
          <w:szCs w:val="24"/>
        </w:rPr>
        <w:t>.</w:t>
      </w:r>
    </w:p>
    <w:p w14:paraId="12F12D73" w14:textId="77777777" w:rsidR="00842302" w:rsidRPr="00842302" w:rsidRDefault="00842302" w:rsidP="00842302">
      <w:pPr>
        <w:ind w:firstLine="283"/>
        <w:jc w:val="right"/>
        <w:rPr>
          <w:rFonts w:ascii="Arial" w:hAnsi="Arial" w:cs="Arial"/>
          <w:szCs w:val="24"/>
        </w:rPr>
      </w:pPr>
    </w:p>
    <w:p w14:paraId="151B5FCE" w14:textId="77777777" w:rsidR="00AC4BD3" w:rsidRPr="00842302" w:rsidRDefault="00FF29CB">
      <w:pPr>
        <w:ind w:firstLine="283"/>
        <w:jc w:val="center"/>
        <w:rPr>
          <w:rFonts w:ascii="Arial" w:hAnsi="Arial" w:cs="Arial"/>
          <w:szCs w:val="24"/>
        </w:rPr>
      </w:pPr>
      <w:r w:rsidRPr="00842302">
        <w:rPr>
          <w:rFonts w:ascii="Arial" w:hAnsi="Arial" w:cs="Arial"/>
          <w:szCs w:val="24"/>
        </w:rPr>
        <w:t>“................................................................................................................”</w:t>
      </w:r>
    </w:p>
    <w:p w14:paraId="56372C3D" w14:textId="77777777" w:rsidR="00AC4BD3" w:rsidRPr="00842302" w:rsidRDefault="00FF29CB">
      <w:pPr>
        <w:ind w:firstLine="283"/>
        <w:jc w:val="center"/>
        <w:rPr>
          <w:rFonts w:ascii="Arial" w:hAnsi="Arial" w:cs="Arial"/>
          <w:szCs w:val="24"/>
        </w:rPr>
      </w:pPr>
      <w:r w:rsidRPr="00842302">
        <w:rPr>
          <w:rFonts w:ascii="Arial" w:hAnsi="Arial" w:cs="Arial"/>
          <w:b/>
          <w:szCs w:val="24"/>
        </w:rPr>
        <w:t>ГИШҮҮДДЭЭ ҮЙЛЧИЛДЭГ ТӨРИЙН БУС БАЙГУУЛЛАГЫН ДҮРЭМ</w:t>
      </w:r>
    </w:p>
    <w:p w14:paraId="1DA9082A" w14:textId="77777777" w:rsidR="00AC4BD3" w:rsidRPr="00842302" w:rsidRDefault="00FF29CB">
      <w:pPr>
        <w:pStyle w:val="SectionHeading"/>
        <w:spacing w:after="0"/>
        <w:rPr>
          <w:rFonts w:ascii="Arial" w:hAnsi="Arial" w:cs="Arial"/>
          <w:szCs w:val="24"/>
        </w:rPr>
      </w:pPr>
      <w:r w:rsidRPr="00842302">
        <w:rPr>
          <w:rFonts w:ascii="Arial" w:hAnsi="Arial" w:cs="Arial"/>
          <w:szCs w:val="24"/>
        </w:rPr>
        <w:t>Нэг.Нийтлэг үндэслэл</w:t>
      </w:r>
    </w:p>
    <w:p w14:paraId="78AAEB3A" w14:textId="77777777" w:rsidR="00AC4BD3" w:rsidRPr="00842302" w:rsidRDefault="00FF29CB">
      <w:pPr>
        <w:ind w:firstLine="283"/>
        <w:rPr>
          <w:rFonts w:ascii="Arial" w:hAnsi="Arial" w:cs="Arial"/>
          <w:szCs w:val="24"/>
        </w:rPr>
      </w:pPr>
      <w:r w:rsidRPr="00842302">
        <w:rPr>
          <w:rFonts w:ascii="Arial" w:hAnsi="Arial" w:cs="Arial"/>
          <w:szCs w:val="24"/>
        </w:rPr>
        <w:t>1.</w:t>
      </w:r>
      <w:proofErr w:type="gramStart"/>
      <w:r w:rsidRPr="00842302">
        <w:rPr>
          <w:rFonts w:ascii="Arial" w:hAnsi="Arial" w:cs="Arial"/>
          <w:szCs w:val="24"/>
        </w:rPr>
        <w:t>1.Монгол</w:t>
      </w:r>
      <w:proofErr w:type="gramEnd"/>
      <w:r w:rsidRPr="00842302">
        <w:rPr>
          <w:rFonts w:ascii="Arial" w:hAnsi="Arial" w:cs="Arial"/>
          <w:szCs w:val="24"/>
        </w:rPr>
        <w:t xml:space="preserve"> Улсын Үндсэн хууль, Иргэний хууль,Төрийн бус байгууллагын тухай хууль болон хууль тогтоомжид нийцүүлэн иргэн, хуулийн этгээдээс Төрийн бус байгууллага /ашгийн төлөө бус/ байгуулахдаа, энэхүү дүрмийг үйл ажиллагаандаа мөрдлөг болгож ажиллана.</w:t>
      </w:r>
    </w:p>
    <w:p w14:paraId="500F0435" w14:textId="77777777" w:rsidR="00AC4BD3" w:rsidRPr="00842302" w:rsidRDefault="00FF29CB">
      <w:pPr>
        <w:ind w:firstLine="283"/>
        <w:rPr>
          <w:rFonts w:ascii="Arial" w:hAnsi="Arial" w:cs="Arial"/>
          <w:szCs w:val="24"/>
        </w:rPr>
      </w:pPr>
      <w:r w:rsidRPr="00842302">
        <w:rPr>
          <w:rFonts w:ascii="Arial" w:hAnsi="Arial" w:cs="Arial"/>
          <w:szCs w:val="24"/>
        </w:rPr>
        <w:t>1.</w:t>
      </w:r>
      <w:proofErr w:type="gramStart"/>
      <w:r w:rsidRPr="00842302">
        <w:rPr>
          <w:rFonts w:ascii="Arial" w:hAnsi="Arial" w:cs="Arial"/>
          <w:szCs w:val="24"/>
        </w:rPr>
        <w:t>2.Төрийн</w:t>
      </w:r>
      <w:proofErr w:type="gramEnd"/>
      <w:r w:rsidRPr="00842302">
        <w:rPr>
          <w:rFonts w:ascii="Arial" w:hAnsi="Arial" w:cs="Arial"/>
          <w:szCs w:val="24"/>
        </w:rPr>
        <w:t xml:space="preserve"> бус байгууллага нь хуульд заасны дагуу улсын бүртгэлд бүртгүүлснээр хуулийн этгээдийн эрх эдэлнэ. Төрийн бус байгууллага нь өөрийн тэмдэг, бэлэгдэл, данс, албан бичгийн нүүртэй байна.</w:t>
      </w:r>
    </w:p>
    <w:p w14:paraId="6B215412" w14:textId="4B455181" w:rsidR="00AC4BD3" w:rsidRDefault="00FF29CB" w:rsidP="00842302">
      <w:pPr>
        <w:pStyle w:val="SectionHeading"/>
        <w:spacing w:after="0"/>
        <w:jc w:val="center"/>
        <w:rPr>
          <w:rFonts w:ascii="Arial" w:hAnsi="Arial" w:cs="Arial"/>
          <w:b w:val="0"/>
          <w:bCs/>
          <w:szCs w:val="24"/>
        </w:rPr>
      </w:pPr>
      <w:proofErr w:type="spellStart"/>
      <w:r w:rsidRPr="00842302">
        <w:rPr>
          <w:rFonts w:ascii="Arial" w:hAnsi="Arial" w:cs="Arial"/>
          <w:b w:val="0"/>
          <w:bCs/>
          <w:szCs w:val="24"/>
        </w:rPr>
        <w:t>Хоёр.Төрийн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бус</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байгууллагын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оноосон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нэр</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эрх</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зүйн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хэлбэр</w:t>
      </w:r>
      <w:proofErr w:type="spellEnd"/>
    </w:p>
    <w:p w14:paraId="3D549B1A" w14:textId="77777777" w:rsidR="00842302" w:rsidRPr="00842302" w:rsidRDefault="00842302" w:rsidP="00842302">
      <w:pPr>
        <w:pStyle w:val="SectionHeading"/>
        <w:spacing w:after="0"/>
        <w:jc w:val="center"/>
        <w:rPr>
          <w:rFonts w:ascii="Arial" w:hAnsi="Arial" w:cs="Arial"/>
          <w:b w:val="0"/>
          <w:bCs/>
          <w:szCs w:val="24"/>
        </w:rPr>
      </w:pPr>
    </w:p>
    <w:p w14:paraId="78A3292D" w14:textId="77777777" w:rsidR="00AC4BD3" w:rsidRPr="00842302" w:rsidRDefault="00FF29CB">
      <w:pPr>
        <w:ind w:firstLine="283"/>
        <w:rPr>
          <w:rFonts w:ascii="Arial" w:hAnsi="Arial" w:cs="Arial"/>
          <w:szCs w:val="24"/>
        </w:rPr>
      </w:pPr>
      <w:r w:rsidRPr="00842302">
        <w:rPr>
          <w:rFonts w:ascii="Arial" w:hAnsi="Arial" w:cs="Arial"/>
          <w:szCs w:val="24"/>
        </w:rPr>
        <w:t>2.</w:t>
      </w:r>
      <w:proofErr w:type="gramStart"/>
      <w:r w:rsidRPr="00842302">
        <w:rPr>
          <w:rFonts w:ascii="Arial" w:hAnsi="Arial" w:cs="Arial"/>
          <w:szCs w:val="24"/>
        </w:rPr>
        <w:t>1.Оноосон</w:t>
      </w:r>
      <w:proofErr w:type="gramEnd"/>
      <w:r w:rsidRPr="00842302">
        <w:rPr>
          <w:rFonts w:ascii="Arial" w:hAnsi="Arial" w:cs="Arial"/>
          <w:szCs w:val="24"/>
        </w:rPr>
        <w:t xml:space="preserve"> нэр: “..........................................................................................”</w:t>
      </w:r>
    </w:p>
    <w:p w14:paraId="266FA041" w14:textId="71CF1B18" w:rsidR="00AC4BD3" w:rsidRDefault="00FF29CB">
      <w:pPr>
        <w:ind w:firstLine="283"/>
        <w:rPr>
          <w:rFonts w:ascii="Arial" w:hAnsi="Arial" w:cs="Arial"/>
          <w:szCs w:val="24"/>
        </w:rPr>
      </w:pPr>
      <w:r w:rsidRPr="00842302">
        <w:rPr>
          <w:rFonts w:ascii="Arial" w:hAnsi="Arial" w:cs="Arial"/>
          <w:szCs w:val="24"/>
        </w:rPr>
        <w:t>2.</w:t>
      </w:r>
      <w:proofErr w:type="gramStart"/>
      <w:r w:rsidRPr="00842302">
        <w:rPr>
          <w:rFonts w:ascii="Arial" w:hAnsi="Arial" w:cs="Arial"/>
          <w:szCs w:val="24"/>
        </w:rPr>
        <w:t>2.Хэлбэр</w:t>
      </w:r>
      <w:proofErr w:type="gramEnd"/>
      <w:r w:rsidRPr="00842302">
        <w:rPr>
          <w:rFonts w:ascii="Arial" w:hAnsi="Arial" w:cs="Arial"/>
          <w:szCs w:val="24"/>
        </w:rPr>
        <w:t xml:space="preserve">: ............................ </w:t>
      </w:r>
      <w:proofErr w:type="spellStart"/>
      <w:r w:rsidRPr="00842302">
        <w:rPr>
          <w:rFonts w:ascii="Arial" w:hAnsi="Arial" w:cs="Arial"/>
          <w:szCs w:val="24"/>
        </w:rPr>
        <w:t>Гишүүддээ</w:t>
      </w:r>
      <w:proofErr w:type="spellEnd"/>
      <w:r w:rsidRPr="00842302">
        <w:rPr>
          <w:rFonts w:ascii="Arial" w:hAnsi="Arial" w:cs="Arial"/>
          <w:szCs w:val="24"/>
        </w:rPr>
        <w:t xml:space="preserve"> </w:t>
      </w:r>
      <w:proofErr w:type="spellStart"/>
      <w:r w:rsidRPr="00842302">
        <w:rPr>
          <w:rFonts w:ascii="Arial" w:hAnsi="Arial" w:cs="Arial"/>
          <w:szCs w:val="24"/>
        </w:rPr>
        <w:t>үйлчилдэг</w:t>
      </w:r>
      <w:proofErr w:type="spellEnd"/>
      <w:r w:rsidRPr="00842302">
        <w:rPr>
          <w:rFonts w:ascii="Arial" w:hAnsi="Arial" w:cs="Arial"/>
          <w:szCs w:val="24"/>
        </w:rPr>
        <w:t xml:space="preserve"> </w:t>
      </w:r>
      <w:proofErr w:type="spellStart"/>
      <w:r w:rsidRPr="00842302">
        <w:rPr>
          <w:rFonts w:ascii="Arial" w:hAnsi="Arial" w:cs="Arial"/>
          <w:szCs w:val="24"/>
        </w:rPr>
        <w:t>төрийн</w:t>
      </w:r>
      <w:proofErr w:type="spellEnd"/>
      <w:r w:rsidRPr="00842302">
        <w:rPr>
          <w:rFonts w:ascii="Arial" w:hAnsi="Arial" w:cs="Arial"/>
          <w:szCs w:val="24"/>
        </w:rPr>
        <w:t xml:space="preserve"> </w:t>
      </w:r>
      <w:proofErr w:type="spellStart"/>
      <w:r w:rsidRPr="00842302">
        <w:rPr>
          <w:rFonts w:ascii="Arial" w:hAnsi="Arial" w:cs="Arial"/>
          <w:szCs w:val="24"/>
        </w:rPr>
        <w:t>бус</w:t>
      </w:r>
      <w:proofErr w:type="spellEnd"/>
      <w:r w:rsidRPr="00842302">
        <w:rPr>
          <w:rFonts w:ascii="Arial" w:hAnsi="Arial" w:cs="Arial"/>
          <w:szCs w:val="24"/>
        </w:rPr>
        <w:t xml:space="preserve"> </w:t>
      </w:r>
      <w:proofErr w:type="spellStart"/>
      <w:r w:rsidRPr="00842302">
        <w:rPr>
          <w:rFonts w:ascii="Arial" w:hAnsi="Arial" w:cs="Arial"/>
          <w:szCs w:val="24"/>
        </w:rPr>
        <w:t>байгууллага</w:t>
      </w:r>
      <w:proofErr w:type="spellEnd"/>
    </w:p>
    <w:p w14:paraId="2363AFA9" w14:textId="4D726491" w:rsidR="00AC4BD3" w:rsidRDefault="00FF29CB" w:rsidP="00842302">
      <w:pPr>
        <w:pStyle w:val="SectionHeading"/>
        <w:spacing w:after="0"/>
        <w:jc w:val="center"/>
        <w:rPr>
          <w:rFonts w:ascii="Arial" w:hAnsi="Arial" w:cs="Arial"/>
          <w:b w:val="0"/>
          <w:bCs/>
          <w:szCs w:val="24"/>
        </w:rPr>
      </w:pPr>
      <w:proofErr w:type="spellStart"/>
      <w:r w:rsidRPr="00842302">
        <w:rPr>
          <w:rFonts w:ascii="Arial" w:hAnsi="Arial" w:cs="Arial"/>
          <w:b w:val="0"/>
          <w:bCs/>
          <w:szCs w:val="24"/>
        </w:rPr>
        <w:t>Гурав.Төрийн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бус</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байгууллагыг</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үүсгэн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байгуулсан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огноо</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хаяг</w:t>
      </w:r>
      <w:proofErr w:type="spellEnd"/>
      <w:r w:rsidRPr="00842302">
        <w:rPr>
          <w:rFonts w:ascii="Arial" w:hAnsi="Arial" w:cs="Arial"/>
          <w:b w:val="0"/>
          <w:bCs/>
          <w:szCs w:val="24"/>
        </w:rPr>
        <w:t>.</w:t>
      </w:r>
    </w:p>
    <w:p w14:paraId="3888FD92" w14:textId="77777777" w:rsidR="00842302" w:rsidRPr="00842302" w:rsidRDefault="00842302" w:rsidP="00842302">
      <w:pPr>
        <w:pStyle w:val="SectionHeading"/>
        <w:spacing w:after="0"/>
        <w:jc w:val="center"/>
        <w:rPr>
          <w:rFonts w:ascii="Arial" w:hAnsi="Arial" w:cs="Arial"/>
          <w:b w:val="0"/>
          <w:bCs/>
          <w:szCs w:val="24"/>
        </w:rPr>
      </w:pPr>
    </w:p>
    <w:p w14:paraId="4256BC43" w14:textId="77777777" w:rsidR="00AC4BD3" w:rsidRPr="00842302" w:rsidRDefault="00FF29CB">
      <w:pPr>
        <w:ind w:firstLine="283"/>
        <w:rPr>
          <w:rFonts w:ascii="Arial" w:hAnsi="Arial" w:cs="Arial"/>
          <w:szCs w:val="24"/>
        </w:rPr>
      </w:pPr>
      <w:r w:rsidRPr="00842302">
        <w:rPr>
          <w:rFonts w:ascii="Arial" w:hAnsi="Arial" w:cs="Arial"/>
          <w:szCs w:val="24"/>
        </w:rPr>
        <w:t>3.</w:t>
      </w:r>
      <w:proofErr w:type="gramStart"/>
      <w:r w:rsidRPr="00842302">
        <w:rPr>
          <w:rFonts w:ascii="Arial" w:hAnsi="Arial" w:cs="Arial"/>
          <w:szCs w:val="24"/>
        </w:rPr>
        <w:t>1.Төрийн</w:t>
      </w:r>
      <w:proofErr w:type="gramEnd"/>
      <w:r w:rsidRPr="00842302">
        <w:rPr>
          <w:rFonts w:ascii="Arial" w:hAnsi="Arial" w:cs="Arial"/>
          <w:szCs w:val="24"/>
        </w:rPr>
        <w:t xml:space="preserve"> бус байгууллагыг 20.... оны ....... дугаар сарын ......-ны өдөр үүсгэн байгуулсан.</w:t>
      </w:r>
    </w:p>
    <w:p w14:paraId="14813653" w14:textId="77777777" w:rsidR="00AC4BD3" w:rsidRPr="00842302" w:rsidRDefault="00FF29CB">
      <w:pPr>
        <w:ind w:firstLine="283"/>
        <w:rPr>
          <w:rFonts w:ascii="Arial" w:hAnsi="Arial" w:cs="Arial"/>
          <w:szCs w:val="24"/>
        </w:rPr>
      </w:pPr>
      <w:r w:rsidRPr="00842302">
        <w:rPr>
          <w:rFonts w:ascii="Arial" w:hAnsi="Arial" w:cs="Arial"/>
          <w:szCs w:val="24"/>
        </w:rPr>
        <w:t>3.2. Хаяг: .............................................................................................................</w:t>
      </w:r>
    </w:p>
    <w:p w14:paraId="3C0DDBC7" w14:textId="77777777" w:rsidR="00AC4BD3" w:rsidRPr="00842302" w:rsidRDefault="00FF29CB">
      <w:pPr>
        <w:ind w:firstLine="283"/>
        <w:rPr>
          <w:rFonts w:ascii="Arial" w:hAnsi="Arial" w:cs="Arial"/>
          <w:szCs w:val="24"/>
        </w:rPr>
      </w:pPr>
      <w:r w:rsidRPr="00842302">
        <w:rPr>
          <w:rFonts w:ascii="Arial" w:hAnsi="Arial" w:cs="Arial"/>
          <w:szCs w:val="24"/>
        </w:rPr>
        <w:t>3.3. Утас: ............................. ................................</w:t>
      </w:r>
    </w:p>
    <w:p w14:paraId="7AB54206" w14:textId="7A749D48" w:rsidR="00AC4BD3" w:rsidRDefault="00FF29CB" w:rsidP="00842302">
      <w:pPr>
        <w:pStyle w:val="SectionHeading"/>
        <w:spacing w:after="0"/>
        <w:jc w:val="center"/>
        <w:rPr>
          <w:rFonts w:ascii="Arial" w:hAnsi="Arial" w:cs="Arial"/>
          <w:b w:val="0"/>
          <w:bCs/>
          <w:szCs w:val="24"/>
        </w:rPr>
      </w:pPr>
      <w:proofErr w:type="spellStart"/>
      <w:r w:rsidRPr="00842302">
        <w:rPr>
          <w:rFonts w:ascii="Arial" w:hAnsi="Arial" w:cs="Arial"/>
          <w:b w:val="0"/>
          <w:bCs/>
          <w:szCs w:val="24"/>
        </w:rPr>
        <w:t>Дөрөв.Төрийн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бус</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байгууллагын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зорилго</w:t>
      </w:r>
      <w:proofErr w:type="spellEnd"/>
    </w:p>
    <w:p w14:paraId="66C2CBCA" w14:textId="77777777" w:rsidR="00842302" w:rsidRPr="00842302" w:rsidRDefault="00842302" w:rsidP="00842302">
      <w:pPr>
        <w:pStyle w:val="SectionHeading"/>
        <w:spacing w:after="0"/>
        <w:jc w:val="center"/>
        <w:rPr>
          <w:rFonts w:ascii="Arial" w:hAnsi="Arial" w:cs="Arial"/>
          <w:b w:val="0"/>
          <w:bCs/>
          <w:szCs w:val="24"/>
        </w:rPr>
      </w:pPr>
    </w:p>
    <w:p w14:paraId="5ABB3266" w14:textId="77777777" w:rsidR="00842302" w:rsidRPr="00664556" w:rsidRDefault="00842302" w:rsidP="00842302">
      <w:pPr>
        <w:spacing w:after="120"/>
        <w:ind w:firstLine="567"/>
        <w:jc w:val="both"/>
        <w:rPr>
          <w:rFonts w:ascii="Arial" w:hAnsi="Arial" w:cs="Arial"/>
          <w:sz w:val="23"/>
          <w:szCs w:val="23"/>
          <w:lang w:val="mn-MN"/>
        </w:rPr>
      </w:pPr>
      <w:r w:rsidRPr="00664556">
        <w:rPr>
          <w:rFonts w:ascii="Arial" w:hAnsi="Arial" w:cs="Arial"/>
          <w:sz w:val="23"/>
          <w:szCs w:val="23"/>
          <w:lang w:val="mn-MN"/>
        </w:rPr>
        <w:t>4.1.....................................................................................................................................</w:t>
      </w:r>
    </w:p>
    <w:p w14:paraId="20FD2272" w14:textId="6445D199" w:rsidR="00842302" w:rsidRPr="00842302" w:rsidRDefault="00842302" w:rsidP="00842302">
      <w:pPr>
        <w:ind w:firstLine="567"/>
        <w:jc w:val="both"/>
        <w:rPr>
          <w:rFonts w:ascii="Arial" w:hAnsi="Arial" w:cs="Arial"/>
          <w:sz w:val="23"/>
          <w:szCs w:val="23"/>
          <w:lang w:val="mn-MN"/>
        </w:rPr>
      </w:pPr>
      <w:r w:rsidRPr="00664556">
        <w:rPr>
          <w:rFonts w:ascii="Arial" w:hAnsi="Arial" w:cs="Arial"/>
          <w:sz w:val="23"/>
          <w:szCs w:val="23"/>
          <w:lang w:val="mn-MN"/>
        </w:rPr>
        <w:t>4.2.....................................................................................................................................</w:t>
      </w:r>
    </w:p>
    <w:p w14:paraId="1CAE7D30" w14:textId="6586C368" w:rsidR="00AC4BD3" w:rsidRDefault="00FF29CB" w:rsidP="00842302">
      <w:pPr>
        <w:pStyle w:val="SectionHeading"/>
        <w:spacing w:after="0"/>
        <w:jc w:val="center"/>
        <w:rPr>
          <w:rFonts w:ascii="Arial" w:hAnsi="Arial" w:cs="Arial"/>
          <w:b w:val="0"/>
          <w:bCs/>
          <w:szCs w:val="24"/>
        </w:rPr>
      </w:pPr>
      <w:proofErr w:type="spellStart"/>
      <w:r w:rsidRPr="00842302">
        <w:rPr>
          <w:rFonts w:ascii="Arial" w:hAnsi="Arial" w:cs="Arial"/>
          <w:b w:val="0"/>
          <w:bCs/>
          <w:szCs w:val="24"/>
        </w:rPr>
        <w:t>Тав.Төрийн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бус</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байгууллагын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гишүүнчлэл</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гишүүдийн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эрх</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үүрэг</w:t>
      </w:r>
      <w:proofErr w:type="spellEnd"/>
    </w:p>
    <w:p w14:paraId="7E034B0A" w14:textId="77777777" w:rsidR="00842302" w:rsidRPr="00842302" w:rsidRDefault="00842302" w:rsidP="00842302">
      <w:pPr>
        <w:pStyle w:val="SectionHeading"/>
        <w:spacing w:after="0"/>
        <w:jc w:val="center"/>
        <w:rPr>
          <w:rFonts w:ascii="Arial" w:hAnsi="Arial" w:cs="Arial"/>
          <w:b w:val="0"/>
          <w:bCs/>
          <w:szCs w:val="24"/>
        </w:rPr>
      </w:pPr>
    </w:p>
    <w:p w14:paraId="6D055747" w14:textId="77777777" w:rsidR="00AC4BD3" w:rsidRPr="00842302" w:rsidRDefault="00FF29CB">
      <w:pPr>
        <w:ind w:firstLine="283"/>
        <w:rPr>
          <w:rFonts w:ascii="Arial" w:hAnsi="Arial" w:cs="Arial"/>
          <w:szCs w:val="24"/>
        </w:rPr>
      </w:pPr>
      <w:r w:rsidRPr="00842302">
        <w:rPr>
          <w:rFonts w:ascii="Arial" w:hAnsi="Arial" w:cs="Arial"/>
          <w:szCs w:val="24"/>
        </w:rPr>
        <w:t>5.</w:t>
      </w:r>
      <w:proofErr w:type="gramStart"/>
      <w:r w:rsidRPr="00842302">
        <w:rPr>
          <w:rFonts w:ascii="Arial" w:hAnsi="Arial" w:cs="Arial"/>
          <w:szCs w:val="24"/>
        </w:rPr>
        <w:t>1.Байгууллагын</w:t>
      </w:r>
      <w:proofErr w:type="gramEnd"/>
      <w:r w:rsidRPr="00842302">
        <w:rPr>
          <w:rFonts w:ascii="Arial" w:hAnsi="Arial" w:cs="Arial"/>
          <w:szCs w:val="24"/>
        </w:rPr>
        <w:t xml:space="preserve"> зорилго, дүрмийг хүлээн зөвшөөрсөн этгээд гишүүнээр элсэх хүсэлт гаргаж болно.</w:t>
      </w:r>
    </w:p>
    <w:p w14:paraId="00F22B85" w14:textId="77777777" w:rsidR="00AC4BD3" w:rsidRPr="00842302" w:rsidRDefault="00FF29CB">
      <w:pPr>
        <w:ind w:firstLine="283"/>
        <w:rPr>
          <w:rFonts w:ascii="Arial" w:hAnsi="Arial" w:cs="Arial"/>
          <w:szCs w:val="24"/>
        </w:rPr>
      </w:pPr>
      <w:r w:rsidRPr="00842302">
        <w:rPr>
          <w:rFonts w:ascii="Arial" w:hAnsi="Arial" w:cs="Arial"/>
          <w:szCs w:val="24"/>
        </w:rPr>
        <w:t>5.</w:t>
      </w:r>
      <w:proofErr w:type="gramStart"/>
      <w:r w:rsidRPr="00842302">
        <w:rPr>
          <w:rFonts w:ascii="Arial" w:hAnsi="Arial" w:cs="Arial"/>
          <w:szCs w:val="24"/>
        </w:rPr>
        <w:t>2.Гишүүнийг</w:t>
      </w:r>
      <w:proofErr w:type="gramEnd"/>
      <w:r w:rsidRPr="00842302">
        <w:rPr>
          <w:rFonts w:ascii="Arial" w:hAnsi="Arial" w:cs="Arial"/>
          <w:szCs w:val="24"/>
        </w:rPr>
        <w:t xml:space="preserve"> байгууллагын тогтоосон журмын дагуу бүртгэнэ.</w:t>
      </w:r>
    </w:p>
    <w:p w14:paraId="657C3002" w14:textId="77777777" w:rsidR="00AC4BD3" w:rsidRPr="00842302" w:rsidRDefault="00FF29CB">
      <w:pPr>
        <w:ind w:firstLine="283"/>
        <w:rPr>
          <w:rFonts w:ascii="Arial" w:hAnsi="Arial" w:cs="Arial"/>
          <w:szCs w:val="24"/>
        </w:rPr>
      </w:pPr>
      <w:r w:rsidRPr="00842302">
        <w:rPr>
          <w:rFonts w:ascii="Arial" w:hAnsi="Arial" w:cs="Arial"/>
          <w:szCs w:val="24"/>
        </w:rPr>
        <w:t>5.</w:t>
      </w:r>
      <w:proofErr w:type="gramStart"/>
      <w:r w:rsidRPr="00842302">
        <w:rPr>
          <w:rFonts w:ascii="Arial" w:hAnsi="Arial" w:cs="Arial"/>
          <w:szCs w:val="24"/>
        </w:rPr>
        <w:t>3.Гишүүн</w:t>
      </w:r>
      <w:proofErr w:type="gramEnd"/>
      <w:r w:rsidRPr="00842302">
        <w:rPr>
          <w:rFonts w:ascii="Arial" w:hAnsi="Arial" w:cs="Arial"/>
          <w:szCs w:val="24"/>
        </w:rPr>
        <w:t xml:space="preserve"> дараах эрхтэй:</w:t>
      </w:r>
    </w:p>
    <w:p w14:paraId="684A9A63" w14:textId="77777777" w:rsidR="00AC4BD3" w:rsidRPr="00842302" w:rsidRDefault="00FF29CB">
      <w:pPr>
        <w:ind w:firstLine="283"/>
        <w:rPr>
          <w:rFonts w:ascii="Arial" w:hAnsi="Arial" w:cs="Arial"/>
          <w:szCs w:val="24"/>
        </w:rPr>
      </w:pPr>
      <w:r w:rsidRPr="00842302">
        <w:rPr>
          <w:rFonts w:ascii="Arial" w:hAnsi="Arial" w:cs="Arial"/>
          <w:szCs w:val="24"/>
        </w:rPr>
        <w:t>5.3.</w:t>
      </w:r>
      <w:proofErr w:type="gramStart"/>
      <w:r w:rsidRPr="00842302">
        <w:rPr>
          <w:rFonts w:ascii="Arial" w:hAnsi="Arial" w:cs="Arial"/>
          <w:szCs w:val="24"/>
        </w:rPr>
        <w:t>1.Байгууллагын</w:t>
      </w:r>
      <w:proofErr w:type="gramEnd"/>
      <w:r w:rsidRPr="00842302">
        <w:rPr>
          <w:rFonts w:ascii="Arial" w:hAnsi="Arial" w:cs="Arial"/>
          <w:szCs w:val="24"/>
        </w:rPr>
        <w:t xml:space="preserve"> үйл ажиллагаанд оролцох, санал гаргах;</w:t>
      </w:r>
    </w:p>
    <w:p w14:paraId="1111AF38" w14:textId="77777777" w:rsidR="00AC4BD3" w:rsidRPr="00842302" w:rsidRDefault="00FF29CB">
      <w:pPr>
        <w:ind w:firstLine="283"/>
        <w:rPr>
          <w:rFonts w:ascii="Arial" w:hAnsi="Arial" w:cs="Arial"/>
          <w:szCs w:val="24"/>
        </w:rPr>
      </w:pPr>
      <w:r w:rsidRPr="00842302">
        <w:rPr>
          <w:rFonts w:ascii="Arial" w:hAnsi="Arial" w:cs="Arial"/>
          <w:szCs w:val="24"/>
        </w:rPr>
        <w:t>5.3.</w:t>
      </w:r>
      <w:proofErr w:type="gramStart"/>
      <w:r w:rsidRPr="00842302">
        <w:rPr>
          <w:rFonts w:ascii="Arial" w:hAnsi="Arial" w:cs="Arial"/>
          <w:szCs w:val="24"/>
        </w:rPr>
        <w:t>2.Сонгох</w:t>
      </w:r>
      <w:proofErr w:type="gramEnd"/>
      <w:r w:rsidRPr="00842302">
        <w:rPr>
          <w:rFonts w:ascii="Arial" w:hAnsi="Arial" w:cs="Arial"/>
          <w:szCs w:val="24"/>
        </w:rPr>
        <w:t>, сонгогдох;</w:t>
      </w:r>
    </w:p>
    <w:p w14:paraId="6E7BB65B" w14:textId="77777777" w:rsidR="00AC4BD3" w:rsidRPr="00842302" w:rsidRDefault="00FF29CB">
      <w:pPr>
        <w:ind w:firstLine="283"/>
        <w:rPr>
          <w:rFonts w:ascii="Arial" w:hAnsi="Arial" w:cs="Arial"/>
          <w:szCs w:val="24"/>
        </w:rPr>
      </w:pPr>
      <w:r w:rsidRPr="00842302">
        <w:rPr>
          <w:rFonts w:ascii="Arial" w:hAnsi="Arial" w:cs="Arial"/>
          <w:szCs w:val="24"/>
        </w:rPr>
        <w:lastRenderedPageBreak/>
        <w:t>5.3.</w:t>
      </w:r>
      <w:proofErr w:type="gramStart"/>
      <w:r w:rsidRPr="00842302">
        <w:rPr>
          <w:rFonts w:ascii="Arial" w:hAnsi="Arial" w:cs="Arial"/>
          <w:szCs w:val="24"/>
        </w:rPr>
        <w:t>3.Байгууллагаас</w:t>
      </w:r>
      <w:proofErr w:type="gramEnd"/>
      <w:r w:rsidRPr="00842302">
        <w:rPr>
          <w:rFonts w:ascii="Arial" w:hAnsi="Arial" w:cs="Arial"/>
          <w:szCs w:val="24"/>
        </w:rPr>
        <w:t xml:space="preserve"> үзүүлж буй үйлчилгээ, дэмжлэгийг авах;</w:t>
      </w:r>
    </w:p>
    <w:p w14:paraId="1B0FB80C" w14:textId="77777777" w:rsidR="00AC4BD3" w:rsidRPr="00842302" w:rsidRDefault="00FF29CB">
      <w:pPr>
        <w:ind w:firstLine="283"/>
        <w:rPr>
          <w:rFonts w:ascii="Arial" w:hAnsi="Arial" w:cs="Arial"/>
          <w:szCs w:val="24"/>
        </w:rPr>
      </w:pPr>
      <w:r w:rsidRPr="00842302">
        <w:rPr>
          <w:rFonts w:ascii="Arial" w:hAnsi="Arial" w:cs="Arial"/>
          <w:szCs w:val="24"/>
        </w:rPr>
        <w:t>5.3.</w:t>
      </w:r>
      <w:proofErr w:type="gramStart"/>
      <w:r w:rsidRPr="00842302">
        <w:rPr>
          <w:rFonts w:ascii="Arial" w:hAnsi="Arial" w:cs="Arial"/>
          <w:szCs w:val="24"/>
        </w:rPr>
        <w:t>4.Байгууллагын</w:t>
      </w:r>
      <w:proofErr w:type="gramEnd"/>
      <w:r w:rsidRPr="00842302">
        <w:rPr>
          <w:rFonts w:ascii="Arial" w:hAnsi="Arial" w:cs="Arial"/>
          <w:szCs w:val="24"/>
        </w:rPr>
        <w:t xml:space="preserve"> үйл ажиллагаа, санхүүгийн тайлан болон холбогдох мэдээлэлтэй танилцах;</w:t>
      </w:r>
    </w:p>
    <w:p w14:paraId="451468EB" w14:textId="77777777" w:rsidR="00AC4BD3" w:rsidRPr="00842302" w:rsidRDefault="00FF29CB">
      <w:pPr>
        <w:ind w:firstLine="283"/>
        <w:rPr>
          <w:rFonts w:ascii="Arial" w:hAnsi="Arial" w:cs="Arial"/>
          <w:szCs w:val="24"/>
        </w:rPr>
      </w:pPr>
      <w:r w:rsidRPr="00842302">
        <w:rPr>
          <w:rFonts w:ascii="Arial" w:hAnsi="Arial" w:cs="Arial"/>
          <w:szCs w:val="24"/>
        </w:rPr>
        <w:t>5.3.</w:t>
      </w:r>
      <w:proofErr w:type="gramStart"/>
      <w:r w:rsidRPr="00842302">
        <w:rPr>
          <w:rFonts w:ascii="Arial" w:hAnsi="Arial" w:cs="Arial"/>
          <w:szCs w:val="24"/>
        </w:rPr>
        <w:t>5.Гишүүнчлэлтэй</w:t>
      </w:r>
      <w:proofErr w:type="gramEnd"/>
      <w:r w:rsidRPr="00842302">
        <w:rPr>
          <w:rFonts w:ascii="Arial" w:hAnsi="Arial" w:cs="Arial"/>
          <w:szCs w:val="24"/>
        </w:rPr>
        <w:t xml:space="preserve"> холбоотой санал, хүсэлт, гомдол гаргах.</w:t>
      </w:r>
    </w:p>
    <w:p w14:paraId="5353CE28" w14:textId="77777777" w:rsidR="009272CF" w:rsidRDefault="009272CF">
      <w:pPr>
        <w:ind w:firstLine="283"/>
        <w:rPr>
          <w:rFonts w:ascii="Arial" w:hAnsi="Arial" w:cs="Arial"/>
          <w:szCs w:val="24"/>
        </w:rPr>
      </w:pPr>
    </w:p>
    <w:p w14:paraId="3B09E0EE" w14:textId="181E0934" w:rsidR="00AC4BD3" w:rsidRPr="00842302" w:rsidRDefault="00FF29CB" w:rsidP="009272CF">
      <w:pPr>
        <w:ind w:firstLine="283"/>
        <w:jc w:val="center"/>
        <w:rPr>
          <w:rFonts w:ascii="Arial" w:hAnsi="Arial" w:cs="Arial"/>
          <w:szCs w:val="24"/>
        </w:rPr>
      </w:pPr>
      <w:r w:rsidRPr="00842302">
        <w:rPr>
          <w:rFonts w:ascii="Arial" w:hAnsi="Arial" w:cs="Arial"/>
          <w:szCs w:val="24"/>
        </w:rPr>
        <w:t>5.</w:t>
      </w:r>
      <w:proofErr w:type="gramStart"/>
      <w:r w:rsidRPr="00842302">
        <w:rPr>
          <w:rFonts w:ascii="Arial" w:hAnsi="Arial" w:cs="Arial"/>
          <w:szCs w:val="24"/>
        </w:rPr>
        <w:t>4.Гишүүн</w:t>
      </w:r>
      <w:proofErr w:type="gramEnd"/>
      <w:r w:rsidRPr="00842302">
        <w:rPr>
          <w:rFonts w:ascii="Arial" w:hAnsi="Arial" w:cs="Arial"/>
          <w:szCs w:val="24"/>
        </w:rPr>
        <w:t xml:space="preserve"> </w:t>
      </w:r>
      <w:proofErr w:type="spellStart"/>
      <w:r w:rsidRPr="00842302">
        <w:rPr>
          <w:rFonts w:ascii="Arial" w:hAnsi="Arial" w:cs="Arial"/>
          <w:szCs w:val="24"/>
        </w:rPr>
        <w:t>дараах</w:t>
      </w:r>
      <w:proofErr w:type="spellEnd"/>
      <w:r w:rsidRPr="00842302">
        <w:rPr>
          <w:rFonts w:ascii="Arial" w:hAnsi="Arial" w:cs="Arial"/>
          <w:szCs w:val="24"/>
        </w:rPr>
        <w:t xml:space="preserve"> </w:t>
      </w:r>
      <w:proofErr w:type="spellStart"/>
      <w:r w:rsidRPr="00842302">
        <w:rPr>
          <w:rFonts w:ascii="Arial" w:hAnsi="Arial" w:cs="Arial"/>
          <w:szCs w:val="24"/>
        </w:rPr>
        <w:t>үүрэгтэй</w:t>
      </w:r>
      <w:proofErr w:type="spellEnd"/>
      <w:r w:rsidRPr="00842302">
        <w:rPr>
          <w:rFonts w:ascii="Arial" w:hAnsi="Arial" w:cs="Arial"/>
          <w:szCs w:val="24"/>
        </w:rPr>
        <w:t>:</w:t>
      </w:r>
    </w:p>
    <w:p w14:paraId="0506D0F9" w14:textId="77777777" w:rsidR="00AC4BD3" w:rsidRPr="00842302" w:rsidRDefault="00FF29CB">
      <w:pPr>
        <w:ind w:firstLine="283"/>
        <w:rPr>
          <w:rFonts w:ascii="Arial" w:hAnsi="Arial" w:cs="Arial"/>
          <w:szCs w:val="24"/>
        </w:rPr>
      </w:pPr>
      <w:r w:rsidRPr="00842302">
        <w:rPr>
          <w:rFonts w:ascii="Arial" w:hAnsi="Arial" w:cs="Arial"/>
          <w:szCs w:val="24"/>
        </w:rPr>
        <w:t>5.4.</w:t>
      </w:r>
      <w:proofErr w:type="gramStart"/>
      <w:r w:rsidRPr="00842302">
        <w:rPr>
          <w:rFonts w:ascii="Arial" w:hAnsi="Arial" w:cs="Arial"/>
          <w:szCs w:val="24"/>
        </w:rPr>
        <w:t>1.Энэхүү</w:t>
      </w:r>
      <w:proofErr w:type="gramEnd"/>
      <w:r w:rsidRPr="00842302">
        <w:rPr>
          <w:rFonts w:ascii="Arial" w:hAnsi="Arial" w:cs="Arial"/>
          <w:szCs w:val="24"/>
        </w:rPr>
        <w:t xml:space="preserve"> дүрэм болон байгууллагын эрх бүхий байгууллагаас гаргасан шийдвэрийг биелүүлэх;</w:t>
      </w:r>
    </w:p>
    <w:p w14:paraId="718B9102" w14:textId="77777777" w:rsidR="00AC4BD3" w:rsidRPr="00842302" w:rsidRDefault="00FF29CB">
      <w:pPr>
        <w:ind w:firstLine="283"/>
        <w:rPr>
          <w:rFonts w:ascii="Arial" w:hAnsi="Arial" w:cs="Arial"/>
          <w:szCs w:val="24"/>
        </w:rPr>
      </w:pPr>
      <w:r w:rsidRPr="00842302">
        <w:rPr>
          <w:rFonts w:ascii="Arial" w:hAnsi="Arial" w:cs="Arial"/>
          <w:szCs w:val="24"/>
        </w:rPr>
        <w:t>5.4.</w:t>
      </w:r>
      <w:proofErr w:type="gramStart"/>
      <w:r w:rsidRPr="00842302">
        <w:rPr>
          <w:rFonts w:ascii="Arial" w:hAnsi="Arial" w:cs="Arial"/>
          <w:szCs w:val="24"/>
        </w:rPr>
        <w:t>2.Байгууллагын</w:t>
      </w:r>
      <w:proofErr w:type="gramEnd"/>
      <w:r w:rsidRPr="00842302">
        <w:rPr>
          <w:rFonts w:ascii="Arial" w:hAnsi="Arial" w:cs="Arial"/>
          <w:szCs w:val="24"/>
        </w:rPr>
        <w:t xml:space="preserve"> нэр хүнд, эд хөрөнгө, эрх ашгийг хамгаалах;</w:t>
      </w:r>
    </w:p>
    <w:p w14:paraId="1246EE8B" w14:textId="77777777" w:rsidR="00AC4BD3" w:rsidRPr="00842302" w:rsidRDefault="00FF29CB">
      <w:pPr>
        <w:ind w:firstLine="283"/>
        <w:rPr>
          <w:rFonts w:ascii="Arial" w:hAnsi="Arial" w:cs="Arial"/>
          <w:szCs w:val="24"/>
        </w:rPr>
      </w:pPr>
      <w:r w:rsidRPr="00842302">
        <w:rPr>
          <w:rFonts w:ascii="Arial" w:hAnsi="Arial" w:cs="Arial"/>
          <w:szCs w:val="24"/>
        </w:rPr>
        <w:t>5.4.</w:t>
      </w:r>
      <w:proofErr w:type="gramStart"/>
      <w:r w:rsidRPr="00842302">
        <w:rPr>
          <w:rFonts w:ascii="Arial" w:hAnsi="Arial" w:cs="Arial"/>
          <w:szCs w:val="24"/>
        </w:rPr>
        <w:t>3.Гишүүний</w:t>
      </w:r>
      <w:proofErr w:type="gramEnd"/>
      <w:r w:rsidRPr="00842302">
        <w:rPr>
          <w:rFonts w:ascii="Arial" w:hAnsi="Arial" w:cs="Arial"/>
          <w:szCs w:val="24"/>
        </w:rPr>
        <w:t xml:space="preserve"> татвар, хураамж тогтоосон бол хугацаанд нь төлөх;</w:t>
      </w:r>
    </w:p>
    <w:p w14:paraId="463A04DD" w14:textId="77777777" w:rsidR="00AC4BD3" w:rsidRPr="00842302" w:rsidRDefault="00FF29CB">
      <w:pPr>
        <w:ind w:firstLine="283"/>
        <w:rPr>
          <w:rFonts w:ascii="Arial" w:hAnsi="Arial" w:cs="Arial"/>
          <w:szCs w:val="24"/>
        </w:rPr>
      </w:pPr>
      <w:r w:rsidRPr="00842302">
        <w:rPr>
          <w:rFonts w:ascii="Arial" w:hAnsi="Arial" w:cs="Arial"/>
          <w:szCs w:val="24"/>
        </w:rPr>
        <w:t>5.4.</w:t>
      </w:r>
      <w:proofErr w:type="gramStart"/>
      <w:r w:rsidRPr="00842302">
        <w:rPr>
          <w:rFonts w:ascii="Arial" w:hAnsi="Arial" w:cs="Arial"/>
          <w:szCs w:val="24"/>
        </w:rPr>
        <w:t>4.Байгууллагын</w:t>
      </w:r>
      <w:proofErr w:type="gramEnd"/>
      <w:r w:rsidRPr="00842302">
        <w:rPr>
          <w:rFonts w:ascii="Arial" w:hAnsi="Arial" w:cs="Arial"/>
          <w:szCs w:val="24"/>
        </w:rPr>
        <w:t xml:space="preserve"> зорилго, үйл ажиллагааг дэмжих.</w:t>
      </w:r>
    </w:p>
    <w:p w14:paraId="3AD97F3B" w14:textId="77777777" w:rsidR="00AC4BD3" w:rsidRPr="00842302" w:rsidRDefault="00FF29CB">
      <w:pPr>
        <w:ind w:firstLine="283"/>
        <w:rPr>
          <w:rFonts w:ascii="Arial" w:hAnsi="Arial" w:cs="Arial"/>
          <w:szCs w:val="24"/>
        </w:rPr>
      </w:pPr>
      <w:r w:rsidRPr="00842302">
        <w:rPr>
          <w:rFonts w:ascii="Arial" w:hAnsi="Arial" w:cs="Arial"/>
          <w:szCs w:val="24"/>
        </w:rPr>
        <w:t>5.</w:t>
      </w:r>
      <w:proofErr w:type="gramStart"/>
      <w:r w:rsidRPr="00842302">
        <w:rPr>
          <w:rFonts w:ascii="Arial" w:hAnsi="Arial" w:cs="Arial"/>
          <w:szCs w:val="24"/>
        </w:rPr>
        <w:t>5.Гишүүн</w:t>
      </w:r>
      <w:proofErr w:type="gramEnd"/>
      <w:r w:rsidRPr="00842302">
        <w:rPr>
          <w:rFonts w:ascii="Arial" w:hAnsi="Arial" w:cs="Arial"/>
          <w:szCs w:val="24"/>
        </w:rPr>
        <w:t xml:space="preserve"> өөрийн хүсэлтээр гишүүнчлэлээс гарч болно.</w:t>
      </w:r>
    </w:p>
    <w:p w14:paraId="44F2D852" w14:textId="77777777" w:rsidR="00AC4BD3" w:rsidRPr="00842302" w:rsidRDefault="00FF29CB">
      <w:pPr>
        <w:ind w:firstLine="283"/>
        <w:rPr>
          <w:rFonts w:ascii="Arial" w:hAnsi="Arial" w:cs="Arial"/>
          <w:szCs w:val="24"/>
        </w:rPr>
      </w:pPr>
      <w:r w:rsidRPr="00842302">
        <w:rPr>
          <w:rFonts w:ascii="Arial" w:hAnsi="Arial" w:cs="Arial"/>
          <w:szCs w:val="24"/>
        </w:rPr>
        <w:t>5.</w:t>
      </w:r>
      <w:proofErr w:type="gramStart"/>
      <w:r w:rsidRPr="00842302">
        <w:rPr>
          <w:rFonts w:ascii="Arial" w:hAnsi="Arial" w:cs="Arial"/>
          <w:szCs w:val="24"/>
        </w:rPr>
        <w:t>6.Гишүүнийг</w:t>
      </w:r>
      <w:proofErr w:type="gramEnd"/>
      <w:r w:rsidRPr="00842302">
        <w:rPr>
          <w:rFonts w:ascii="Arial" w:hAnsi="Arial" w:cs="Arial"/>
          <w:szCs w:val="24"/>
        </w:rPr>
        <w:t xml:space="preserve"> дүрэм, хууль тогтоомжийг ноцтой буюу удаа дараа зөрчсөн тохиолдолд эрх бүхий байгууллагын шийдвэрээр гишүүнчлэлээс хасаж болно.</w:t>
      </w:r>
    </w:p>
    <w:p w14:paraId="33618C1E" w14:textId="5F62ABCD" w:rsidR="00AC4BD3" w:rsidRDefault="00FF29CB" w:rsidP="00842302">
      <w:pPr>
        <w:pStyle w:val="SectionHeading"/>
        <w:spacing w:after="0"/>
        <w:jc w:val="center"/>
        <w:rPr>
          <w:rFonts w:ascii="Arial" w:hAnsi="Arial" w:cs="Arial"/>
          <w:b w:val="0"/>
          <w:bCs/>
          <w:szCs w:val="24"/>
        </w:rPr>
      </w:pPr>
      <w:proofErr w:type="spellStart"/>
      <w:r w:rsidRPr="00842302">
        <w:rPr>
          <w:rFonts w:ascii="Arial" w:hAnsi="Arial" w:cs="Arial"/>
          <w:b w:val="0"/>
          <w:bCs/>
          <w:szCs w:val="24"/>
        </w:rPr>
        <w:t>Зургаа.Төрийн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бус</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байгууллагын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бүтэц</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хяналтын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тогтолцоо</w:t>
      </w:r>
      <w:proofErr w:type="spellEnd"/>
    </w:p>
    <w:p w14:paraId="6765CA56" w14:textId="77777777" w:rsidR="00842302" w:rsidRPr="00842302" w:rsidRDefault="00842302" w:rsidP="00842302">
      <w:pPr>
        <w:pStyle w:val="SectionHeading"/>
        <w:spacing w:after="0"/>
        <w:jc w:val="center"/>
        <w:rPr>
          <w:rFonts w:ascii="Arial" w:hAnsi="Arial" w:cs="Arial"/>
          <w:b w:val="0"/>
          <w:bCs/>
          <w:szCs w:val="24"/>
        </w:rPr>
      </w:pPr>
    </w:p>
    <w:p w14:paraId="40493BEE" w14:textId="1FC0E9C5" w:rsidR="00AC4BD3" w:rsidRPr="00570796" w:rsidRDefault="00FF29CB">
      <w:pPr>
        <w:ind w:firstLine="283"/>
        <w:rPr>
          <w:rFonts w:ascii="Arial" w:hAnsi="Arial" w:cs="Arial"/>
          <w:szCs w:val="24"/>
          <w:lang w:val="mn-MN"/>
        </w:rPr>
      </w:pPr>
      <w:r w:rsidRPr="00842302">
        <w:rPr>
          <w:rFonts w:ascii="Arial" w:hAnsi="Arial" w:cs="Arial"/>
          <w:szCs w:val="24"/>
        </w:rPr>
        <w:t>6.1.</w:t>
      </w:r>
      <w:r w:rsidR="00570796">
        <w:rPr>
          <w:rFonts w:ascii="Arial" w:hAnsi="Arial" w:cs="Arial"/>
          <w:szCs w:val="24"/>
        </w:rPr>
        <w:t xml:space="preserve"> </w:t>
      </w:r>
      <w:r w:rsidR="00570796">
        <w:rPr>
          <w:rFonts w:ascii="Arial" w:hAnsi="Arial" w:cs="Arial"/>
          <w:szCs w:val="24"/>
          <w:lang w:val="mn-MN"/>
        </w:rPr>
        <w:t>Холбоо нь Бүх гишүүдийн хурал, Удирдах зөвлөл, Гүйцэтгэх захирал, ажлын алба гэсэн үндсэн бүтэцтэй байна.</w:t>
      </w:r>
    </w:p>
    <w:p w14:paraId="548CFBEA" w14:textId="349D58C7" w:rsidR="00AC4BD3" w:rsidRPr="0028128E" w:rsidRDefault="00FF29CB">
      <w:pPr>
        <w:ind w:firstLine="283"/>
        <w:rPr>
          <w:rFonts w:ascii="Arial" w:hAnsi="Arial" w:cs="Arial"/>
          <w:szCs w:val="24"/>
          <w:lang w:val="mn-MN"/>
        </w:rPr>
      </w:pPr>
      <w:r w:rsidRPr="00842302">
        <w:rPr>
          <w:rFonts w:ascii="Arial" w:hAnsi="Arial" w:cs="Arial"/>
          <w:szCs w:val="24"/>
        </w:rPr>
        <w:t>6.2.</w:t>
      </w:r>
      <w:r w:rsidR="0028128E">
        <w:rPr>
          <w:rFonts w:ascii="Arial" w:hAnsi="Arial" w:cs="Arial"/>
          <w:szCs w:val="24"/>
          <w:lang w:val="mn-MN"/>
        </w:rPr>
        <w:t xml:space="preserve"> Холбооны эрх барих дээд байгууллага нь Холбооны Бүх гишүүдийн хурал байх бөгөөд дараах бүрэн эрхийг хэрэгжүүлнэ.</w:t>
      </w:r>
    </w:p>
    <w:p w14:paraId="3FA933C6" w14:textId="7E11F566" w:rsidR="00AC4BD3" w:rsidRPr="00842302" w:rsidRDefault="00FF29CB">
      <w:pPr>
        <w:ind w:firstLine="283"/>
        <w:rPr>
          <w:rFonts w:ascii="Arial" w:hAnsi="Arial" w:cs="Arial"/>
          <w:szCs w:val="24"/>
        </w:rPr>
      </w:pPr>
      <w:r w:rsidRPr="00842302">
        <w:rPr>
          <w:rFonts w:ascii="Arial" w:hAnsi="Arial" w:cs="Arial"/>
          <w:szCs w:val="24"/>
        </w:rPr>
        <w:t>6.2.</w:t>
      </w:r>
      <w:proofErr w:type="gramStart"/>
      <w:r w:rsidRPr="00842302">
        <w:rPr>
          <w:rFonts w:ascii="Arial" w:hAnsi="Arial" w:cs="Arial"/>
          <w:szCs w:val="24"/>
        </w:rPr>
        <w:t>1.</w:t>
      </w:r>
      <w:r w:rsidR="0007447F">
        <w:rPr>
          <w:rFonts w:ascii="Arial" w:hAnsi="Arial" w:cs="Arial"/>
          <w:szCs w:val="24"/>
          <w:lang w:val="mn-MN"/>
        </w:rPr>
        <w:t>Холбооны</w:t>
      </w:r>
      <w:proofErr w:type="gramEnd"/>
      <w:r w:rsidR="0007447F">
        <w:rPr>
          <w:rFonts w:ascii="Arial" w:hAnsi="Arial" w:cs="Arial"/>
          <w:szCs w:val="24"/>
          <w:lang w:val="mn-MN"/>
        </w:rPr>
        <w:t xml:space="preserve"> бүтэц </w:t>
      </w:r>
      <w:r w:rsidR="00BF6568">
        <w:rPr>
          <w:rFonts w:ascii="Arial" w:hAnsi="Arial" w:cs="Arial"/>
          <w:szCs w:val="24"/>
          <w:lang w:val="mn-MN"/>
        </w:rPr>
        <w:t>зохион байгуулалтыг батлах</w:t>
      </w:r>
      <w:r w:rsidRPr="00842302">
        <w:rPr>
          <w:rFonts w:ascii="Arial" w:hAnsi="Arial" w:cs="Arial"/>
          <w:szCs w:val="24"/>
        </w:rPr>
        <w:t>;</w:t>
      </w:r>
    </w:p>
    <w:p w14:paraId="5933FEC2" w14:textId="77777777" w:rsidR="00AC4BD3" w:rsidRPr="00842302" w:rsidRDefault="00FF29CB">
      <w:pPr>
        <w:ind w:firstLine="283"/>
        <w:rPr>
          <w:rFonts w:ascii="Arial" w:hAnsi="Arial" w:cs="Arial"/>
          <w:szCs w:val="24"/>
        </w:rPr>
      </w:pPr>
      <w:r w:rsidRPr="00842302">
        <w:rPr>
          <w:rFonts w:ascii="Arial" w:hAnsi="Arial" w:cs="Arial"/>
          <w:szCs w:val="24"/>
        </w:rPr>
        <w:t>6.2.</w:t>
      </w:r>
      <w:proofErr w:type="gramStart"/>
      <w:r w:rsidRPr="00842302">
        <w:rPr>
          <w:rFonts w:ascii="Arial" w:hAnsi="Arial" w:cs="Arial"/>
          <w:szCs w:val="24"/>
        </w:rPr>
        <w:t>2.Дүрэмд</w:t>
      </w:r>
      <w:proofErr w:type="gramEnd"/>
      <w:r w:rsidRPr="00842302">
        <w:rPr>
          <w:rFonts w:ascii="Arial" w:hAnsi="Arial" w:cs="Arial"/>
          <w:szCs w:val="24"/>
        </w:rPr>
        <w:t xml:space="preserve"> нэмэлт, өөрчлөлт оруулах;</w:t>
      </w:r>
    </w:p>
    <w:p w14:paraId="3AC12B6C" w14:textId="77777777" w:rsidR="00AC4BD3" w:rsidRPr="00842302" w:rsidRDefault="00FF29CB">
      <w:pPr>
        <w:ind w:firstLine="283"/>
        <w:rPr>
          <w:rFonts w:ascii="Arial" w:hAnsi="Arial" w:cs="Arial"/>
          <w:szCs w:val="24"/>
        </w:rPr>
      </w:pPr>
      <w:r w:rsidRPr="00842302">
        <w:rPr>
          <w:rFonts w:ascii="Arial" w:hAnsi="Arial" w:cs="Arial"/>
          <w:szCs w:val="24"/>
        </w:rPr>
        <w:t>6.2.</w:t>
      </w:r>
      <w:proofErr w:type="gramStart"/>
      <w:r w:rsidRPr="00842302">
        <w:rPr>
          <w:rFonts w:ascii="Arial" w:hAnsi="Arial" w:cs="Arial"/>
          <w:szCs w:val="24"/>
        </w:rPr>
        <w:t>3.Төрийн</w:t>
      </w:r>
      <w:proofErr w:type="gramEnd"/>
      <w:r w:rsidRPr="00842302">
        <w:rPr>
          <w:rFonts w:ascii="Arial" w:hAnsi="Arial" w:cs="Arial"/>
          <w:szCs w:val="24"/>
        </w:rPr>
        <w:t xml:space="preserve"> бус байгууллагыг өөрчлөн байгуулах, татан буулгах;</w:t>
      </w:r>
    </w:p>
    <w:p w14:paraId="1FABAAFF" w14:textId="77777777" w:rsidR="00AC4BD3" w:rsidRPr="00842302" w:rsidRDefault="00FF29CB">
      <w:pPr>
        <w:ind w:firstLine="283"/>
        <w:rPr>
          <w:rFonts w:ascii="Arial" w:hAnsi="Arial" w:cs="Arial"/>
          <w:szCs w:val="24"/>
        </w:rPr>
      </w:pPr>
      <w:r w:rsidRPr="00842302">
        <w:rPr>
          <w:rFonts w:ascii="Arial" w:hAnsi="Arial" w:cs="Arial"/>
          <w:szCs w:val="24"/>
        </w:rPr>
        <w:t>6.2.</w:t>
      </w:r>
      <w:proofErr w:type="gramStart"/>
      <w:r w:rsidRPr="00842302">
        <w:rPr>
          <w:rFonts w:ascii="Arial" w:hAnsi="Arial" w:cs="Arial"/>
          <w:szCs w:val="24"/>
        </w:rPr>
        <w:t>4.Байгууллагын</w:t>
      </w:r>
      <w:proofErr w:type="gramEnd"/>
      <w:r w:rsidRPr="00842302">
        <w:rPr>
          <w:rFonts w:ascii="Arial" w:hAnsi="Arial" w:cs="Arial"/>
          <w:szCs w:val="24"/>
        </w:rPr>
        <w:t xml:space="preserve"> жилийн төсөв батлах;</w:t>
      </w:r>
    </w:p>
    <w:p w14:paraId="17CBCD89" w14:textId="36D1CB16" w:rsidR="00AC4BD3" w:rsidRPr="00842302" w:rsidRDefault="00FF29CB">
      <w:pPr>
        <w:ind w:firstLine="283"/>
        <w:rPr>
          <w:rFonts w:ascii="Arial" w:hAnsi="Arial" w:cs="Arial"/>
          <w:szCs w:val="24"/>
        </w:rPr>
      </w:pPr>
      <w:r w:rsidRPr="00842302">
        <w:rPr>
          <w:rFonts w:ascii="Arial" w:hAnsi="Arial" w:cs="Arial"/>
          <w:szCs w:val="24"/>
        </w:rPr>
        <w:t>6.2.</w:t>
      </w:r>
      <w:proofErr w:type="gramStart"/>
      <w:r w:rsidRPr="00842302">
        <w:rPr>
          <w:rFonts w:ascii="Arial" w:hAnsi="Arial" w:cs="Arial"/>
          <w:szCs w:val="24"/>
        </w:rPr>
        <w:t>5.</w:t>
      </w:r>
      <w:r w:rsidR="00C736F7">
        <w:rPr>
          <w:rFonts w:ascii="Arial" w:hAnsi="Arial" w:cs="Arial"/>
          <w:szCs w:val="24"/>
          <w:lang w:val="mn-MN"/>
        </w:rPr>
        <w:t>Удирдах</w:t>
      </w:r>
      <w:proofErr w:type="gramEnd"/>
      <w:r w:rsidR="00C736F7">
        <w:rPr>
          <w:rFonts w:ascii="Arial" w:hAnsi="Arial" w:cs="Arial"/>
          <w:szCs w:val="24"/>
          <w:lang w:val="mn-MN"/>
        </w:rPr>
        <w:t xml:space="preserve"> зөвлөлийн гишүүн</w:t>
      </w:r>
      <w:r w:rsidRPr="00842302">
        <w:rPr>
          <w:rFonts w:ascii="Arial" w:hAnsi="Arial" w:cs="Arial"/>
          <w:szCs w:val="24"/>
        </w:rPr>
        <w:t xml:space="preserve"> </w:t>
      </w:r>
      <w:proofErr w:type="spellStart"/>
      <w:r w:rsidRPr="00842302">
        <w:rPr>
          <w:rFonts w:ascii="Arial" w:hAnsi="Arial" w:cs="Arial"/>
          <w:szCs w:val="24"/>
        </w:rPr>
        <w:t>сонгох</w:t>
      </w:r>
      <w:proofErr w:type="spellEnd"/>
      <w:r w:rsidRPr="00842302">
        <w:rPr>
          <w:rFonts w:ascii="Arial" w:hAnsi="Arial" w:cs="Arial"/>
          <w:szCs w:val="24"/>
        </w:rPr>
        <w:t xml:space="preserve">, </w:t>
      </w:r>
      <w:proofErr w:type="spellStart"/>
      <w:r w:rsidRPr="00842302">
        <w:rPr>
          <w:rFonts w:ascii="Arial" w:hAnsi="Arial" w:cs="Arial"/>
          <w:szCs w:val="24"/>
        </w:rPr>
        <w:t>чөлөөлөх</w:t>
      </w:r>
      <w:proofErr w:type="spellEnd"/>
      <w:r w:rsidRPr="00842302">
        <w:rPr>
          <w:rFonts w:ascii="Arial" w:hAnsi="Arial" w:cs="Arial"/>
          <w:szCs w:val="24"/>
        </w:rPr>
        <w:t xml:space="preserve">, </w:t>
      </w:r>
      <w:proofErr w:type="spellStart"/>
      <w:r w:rsidRPr="00842302">
        <w:rPr>
          <w:rFonts w:ascii="Arial" w:hAnsi="Arial" w:cs="Arial"/>
          <w:szCs w:val="24"/>
        </w:rPr>
        <w:t>тайланг</w:t>
      </w:r>
      <w:proofErr w:type="spellEnd"/>
      <w:r w:rsidRPr="00842302">
        <w:rPr>
          <w:rFonts w:ascii="Arial" w:hAnsi="Arial" w:cs="Arial"/>
          <w:szCs w:val="24"/>
        </w:rPr>
        <w:t xml:space="preserve"> </w:t>
      </w:r>
      <w:proofErr w:type="spellStart"/>
      <w:r w:rsidRPr="00842302">
        <w:rPr>
          <w:rFonts w:ascii="Arial" w:hAnsi="Arial" w:cs="Arial"/>
          <w:szCs w:val="24"/>
        </w:rPr>
        <w:t>хэлэлцэх</w:t>
      </w:r>
      <w:proofErr w:type="spellEnd"/>
      <w:r w:rsidRPr="00842302">
        <w:rPr>
          <w:rFonts w:ascii="Arial" w:hAnsi="Arial" w:cs="Arial"/>
          <w:szCs w:val="24"/>
        </w:rPr>
        <w:t>;</w:t>
      </w:r>
    </w:p>
    <w:p w14:paraId="0098AC88" w14:textId="77777777" w:rsidR="00AC4BD3" w:rsidRPr="00842302" w:rsidRDefault="00FF29CB">
      <w:pPr>
        <w:ind w:firstLine="283"/>
        <w:rPr>
          <w:rFonts w:ascii="Arial" w:hAnsi="Arial" w:cs="Arial"/>
          <w:szCs w:val="24"/>
        </w:rPr>
      </w:pPr>
      <w:r w:rsidRPr="00842302">
        <w:rPr>
          <w:rFonts w:ascii="Arial" w:hAnsi="Arial" w:cs="Arial"/>
          <w:szCs w:val="24"/>
        </w:rPr>
        <w:t>6.2.</w:t>
      </w:r>
      <w:proofErr w:type="gramStart"/>
      <w:r w:rsidRPr="00842302">
        <w:rPr>
          <w:rFonts w:ascii="Arial" w:hAnsi="Arial" w:cs="Arial"/>
          <w:szCs w:val="24"/>
        </w:rPr>
        <w:t>6.Хөрөнгө</w:t>
      </w:r>
      <w:proofErr w:type="gramEnd"/>
      <w:r w:rsidRPr="00842302">
        <w:rPr>
          <w:rFonts w:ascii="Arial" w:hAnsi="Arial" w:cs="Arial"/>
          <w:szCs w:val="24"/>
        </w:rPr>
        <w:t xml:space="preserve"> захиран зарцуулах талаар гүйцэтгэх захирлын эрх, хэмжээг тогтоох;</w:t>
      </w:r>
    </w:p>
    <w:p w14:paraId="7C1F93E0" w14:textId="77777777" w:rsidR="00AC4BD3" w:rsidRPr="00842302" w:rsidRDefault="00FF29CB">
      <w:pPr>
        <w:ind w:firstLine="283"/>
        <w:rPr>
          <w:rFonts w:ascii="Arial" w:hAnsi="Arial" w:cs="Arial"/>
          <w:szCs w:val="24"/>
        </w:rPr>
      </w:pPr>
      <w:r w:rsidRPr="00842302">
        <w:rPr>
          <w:rFonts w:ascii="Arial" w:hAnsi="Arial" w:cs="Arial"/>
          <w:szCs w:val="24"/>
        </w:rPr>
        <w:t>6.2.</w:t>
      </w:r>
      <w:proofErr w:type="gramStart"/>
      <w:r w:rsidRPr="00842302">
        <w:rPr>
          <w:rFonts w:ascii="Arial" w:hAnsi="Arial" w:cs="Arial"/>
          <w:szCs w:val="24"/>
        </w:rPr>
        <w:t>7.Ажлын</w:t>
      </w:r>
      <w:proofErr w:type="gramEnd"/>
      <w:r w:rsidRPr="00842302">
        <w:rPr>
          <w:rFonts w:ascii="Arial" w:hAnsi="Arial" w:cs="Arial"/>
          <w:szCs w:val="24"/>
        </w:rPr>
        <w:t xml:space="preserve"> албаны бүтэц, зохион байгуулалт, түүний төсвийг батлах;</w:t>
      </w:r>
    </w:p>
    <w:p w14:paraId="6278FA9A" w14:textId="77777777" w:rsidR="00AC4BD3" w:rsidRPr="00842302" w:rsidRDefault="00FF29CB">
      <w:pPr>
        <w:ind w:firstLine="283"/>
        <w:rPr>
          <w:rFonts w:ascii="Arial" w:hAnsi="Arial" w:cs="Arial"/>
          <w:szCs w:val="24"/>
        </w:rPr>
      </w:pPr>
      <w:r w:rsidRPr="00842302">
        <w:rPr>
          <w:rFonts w:ascii="Arial" w:hAnsi="Arial" w:cs="Arial"/>
          <w:szCs w:val="24"/>
        </w:rPr>
        <w:t>6.2.</w:t>
      </w:r>
      <w:proofErr w:type="gramStart"/>
      <w:r w:rsidRPr="00842302">
        <w:rPr>
          <w:rFonts w:ascii="Arial" w:hAnsi="Arial" w:cs="Arial"/>
          <w:szCs w:val="24"/>
        </w:rPr>
        <w:t>8.Гишүүдэд</w:t>
      </w:r>
      <w:proofErr w:type="gramEnd"/>
      <w:r w:rsidRPr="00842302">
        <w:rPr>
          <w:rFonts w:ascii="Arial" w:hAnsi="Arial" w:cs="Arial"/>
          <w:szCs w:val="24"/>
        </w:rPr>
        <w:t xml:space="preserve"> үзүүлэх үйлчилгээний үндсэн чиглэл, журмыг батлах;</w:t>
      </w:r>
    </w:p>
    <w:p w14:paraId="3B48EB00" w14:textId="776C26A1" w:rsidR="00202B3F" w:rsidRDefault="00FF29CB" w:rsidP="00202B3F">
      <w:pPr>
        <w:ind w:firstLine="283"/>
        <w:rPr>
          <w:rFonts w:ascii="Arial" w:hAnsi="Arial" w:cs="Arial"/>
          <w:szCs w:val="24"/>
        </w:rPr>
      </w:pPr>
      <w:r w:rsidRPr="00842302">
        <w:rPr>
          <w:rFonts w:ascii="Arial" w:hAnsi="Arial" w:cs="Arial"/>
          <w:szCs w:val="24"/>
        </w:rPr>
        <w:t>6.2.</w:t>
      </w:r>
      <w:proofErr w:type="gramStart"/>
      <w:r w:rsidRPr="00842302">
        <w:rPr>
          <w:rFonts w:ascii="Arial" w:hAnsi="Arial" w:cs="Arial"/>
          <w:szCs w:val="24"/>
        </w:rPr>
        <w:t>9.Дүрэмд</w:t>
      </w:r>
      <w:proofErr w:type="gramEnd"/>
      <w:r w:rsidRPr="00842302">
        <w:rPr>
          <w:rFonts w:ascii="Arial" w:hAnsi="Arial" w:cs="Arial"/>
          <w:szCs w:val="24"/>
        </w:rPr>
        <w:t xml:space="preserve"> </w:t>
      </w:r>
      <w:proofErr w:type="spellStart"/>
      <w:r w:rsidRPr="00842302">
        <w:rPr>
          <w:rFonts w:ascii="Arial" w:hAnsi="Arial" w:cs="Arial"/>
          <w:szCs w:val="24"/>
        </w:rPr>
        <w:t>заасан</w:t>
      </w:r>
      <w:proofErr w:type="spellEnd"/>
      <w:r w:rsidRPr="00842302">
        <w:rPr>
          <w:rFonts w:ascii="Arial" w:hAnsi="Arial" w:cs="Arial"/>
          <w:szCs w:val="24"/>
        </w:rPr>
        <w:t xml:space="preserve"> </w:t>
      </w:r>
      <w:proofErr w:type="spellStart"/>
      <w:r w:rsidRPr="00842302">
        <w:rPr>
          <w:rFonts w:ascii="Arial" w:hAnsi="Arial" w:cs="Arial"/>
          <w:szCs w:val="24"/>
        </w:rPr>
        <w:t>бусад</w:t>
      </w:r>
      <w:proofErr w:type="spellEnd"/>
      <w:r w:rsidRPr="00842302">
        <w:rPr>
          <w:rFonts w:ascii="Arial" w:hAnsi="Arial" w:cs="Arial"/>
          <w:szCs w:val="24"/>
        </w:rPr>
        <w:t xml:space="preserve"> </w:t>
      </w:r>
      <w:proofErr w:type="spellStart"/>
      <w:r w:rsidRPr="00842302">
        <w:rPr>
          <w:rFonts w:ascii="Arial" w:hAnsi="Arial" w:cs="Arial"/>
          <w:szCs w:val="24"/>
        </w:rPr>
        <w:t>бүрэн</w:t>
      </w:r>
      <w:proofErr w:type="spellEnd"/>
      <w:r w:rsidRPr="00842302">
        <w:rPr>
          <w:rFonts w:ascii="Arial" w:hAnsi="Arial" w:cs="Arial"/>
          <w:szCs w:val="24"/>
        </w:rPr>
        <w:t xml:space="preserve"> </w:t>
      </w:r>
      <w:proofErr w:type="spellStart"/>
      <w:r w:rsidRPr="00842302">
        <w:rPr>
          <w:rFonts w:ascii="Arial" w:hAnsi="Arial" w:cs="Arial"/>
          <w:szCs w:val="24"/>
        </w:rPr>
        <w:t>эрх</w:t>
      </w:r>
      <w:proofErr w:type="spellEnd"/>
      <w:r w:rsidRPr="00842302">
        <w:rPr>
          <w:rFonts w:ascii="Arial" w:hAnsi="Arial" w:cs="Arial"/>
          <w:szCs w:val="24"/>
        </w:rPr>
        <w:t>.</w:t>
      </w:r>
    </w:p>
    <w:p w14:paraId="3A92E7EF" w14:textId="54AE2DF0" w:rsidR="009272CF" w:rsidRDefault="009272CF">
      <w:pPr>
        <w:ind w:firstLine="283"/>
        <w:rPr>
          <w:rFonts w:ascii="Arial" w:hAnsi="Arial" w:cs="Arial"/>
          <w:szCs w:val="24"/>
          <w:lang w:val="mn-MN"/>
        </w:rPr>
      </w:pPr>
      <w:r>
        <w:rPr>
          <w:rFonts w:ascii="Arial" w:hAnsi="Arial" w:cs="Arial"/>
          <w:szCs w:val="24"/>
          <w:lang w:val="mn-MN"/>
        </w:rPr>
        <w:t>6.</w:t>
      </w:r>
      <w:r w:rsidR="00202B3F">
        <w:rPr>
          <w:rFonts w:ascii="Arial" w:hAnsi="Arial" w:cs="Arial"/>
          <w:szCs w:val="24"/>
          <w:lang w:val="mn-MN"/>
        </w:rPr>
        <w:t>2.10</w:t>
      </w:r>
      <w:r>
        <w:rPr>
          <w:rFonts w:ascii="Arial" w:hAnsi="Arial" w:cs="Arial"/>
          <w:szCs w:val="24"/>
          <w:lang w:val="mn-MN"/>
        </w:rPr>
        <w:t xml:space="preserve"> Бүх гишүүдийн хурлыг Холбооний Удирдах зөвлөл жилд нэгээс доошгүй </w:t>
      </w:r>
      <w:r w:rsidR="00202B3F">
        <w:rPr>
          <w:rFonts w:ascii="Arial" w:hAnsi="Arial" w:cs="Arial"/>
          <w:szCs w:val="24"/>
          <w:lang w:val="mn-MN"/>
        </w:rPr>
        <w:t xml:space="preserve">      </w:t>
      </w:r>
      <w:r>
        <w:rPr>
          <w:rFonts w:ascii="Arial" w:hAnsi="Arial" w:cs="Arial"/>
          <w:szCs w:val="24"/>
          <w:lang w:val="mn-MN"/>
        </w:rPr>
        <w:t>у</w:t>
      </w:r>
      <w:r w:rsidR="00202B3F">
        <w:rPr>
          <w:rFonts w:ascii="Arial" w:hAnsi="Arial" w:cs="Arial"/>
          <w:szCs w:val="24"/>
          <w:lang w:val="mn-MN"/>
        </w:rPr>
        <w:t>даа зарлан хуралдуулан. Бүх гишүүдийн ээлжит бус хурлыг гишүүдийн 2/3-ын саналын дагуу зарлан хуралдуулж болно.</w:t>
      </w:r>
    </w:p>
    <w:p w14:paraId="39252DC6" w14:textId="322F5277" w:rsidR="00202B3F" w:rsidRDefault="00202B3F" w:rsidP="002546F8">
      <w:pPr>
        <w:ind w:firstLine="283"/>
        <w:jc w:val="both"/>
        <w:rPr>
          <w:rFonts w:ascii="Arial" w:hAnsi="Arial" w:cs="Arial"/>
          <w:szCs w:val="24"/>
          <w:lang w:val="mn-MN"/>
        </w:rPr>
      </w:pPr>
      <w:r>
        <w:rPr>
          <w:rFonts w:ascii="Arial" w:hAnsi="Arial" w:cs="Arial"/>
          <w:szCs w:val="24"/>
          <w:lang w:val="mn-MN"/>
        </w:rPr>
        <w:t xml:space="preserve">6.2.11 Бүх гишүүдийн хурлыг </w:t>
      </w:r>
      <w:r w:rsidR="00C736F7">
        <w:rPr>
          <w:rFonts w:ascii="Arial" w:hAnsi="Arial" w:cs="Arial"/>
          <w:szCs w:val="24"/>
          <w:lang w:val="mn-MN"/>
        </w:rPr>
        <w:t>Удирдах зөвлөлийн дарга</w:t>
      </w:r>
      <w:r>
        <w:rPr>
          <w:rFonts w:ascii="Arial" w:hAnsi="Arial" w:cs="Arial"/>
          <w:szCs w:val="24"/>
          <w:lang w:val="mn-MN"/>
        </w:rPr>
        <w:t xml:space="preserve"> даргалж хуралдуулах бөгөөд гишүүн </w:t>
      </w:r>
      <w:r w:rsidR="002546F8">
        <w:rPr>
          <w:rFonts w:ascii="Arial" w:hAnsi="Arial" w:cs="Arial"/>
          <w:szCs w:val="24"/>
          <w:lang w:val="mn-MN"/>
        </w:rPr>
        <w:t>бүр хуралд саналын нэг эрхтэй оролцоно.</w:t>
      </w:r>
    </w:p>
    <w:p w14:paraId="07295A99" w14:textId="04929D6F" w:rsidR="002546F8" w:rsidRDefault="002546F8" w:rsidP="002546F8">
      <w:pPr>
        <w:ind w:firstLine="283"/>
        <w:jc w:val="both"/>
        <w:rPr>
          <w:rFonts w:ascii="Arial" w:hAnsi="Arial" w:cs="Arial"/>
          <w:szCs w:val="24"/>
          <w:lang w:val="mn-MN"/>
        </w:rPr>
      </w:pPr>
      <w:r>
        <w:rPr>
          <w:rFonts w:ascii="Arial" w:hAnsi="Arial" w:cs="Arial"/>
          <w:szCs w:val="24"/>
          <w:lang w:val="mn-MN"/>
        </w:rPr>
        <w:t>6.2.12 Холбооны   Бүх гишүүдийн ердийн олонхи /50+1 хувь/ оролцсоноор хурал хүчинтэйд тооцогдох бөгөөд хуралд оролцсон нийт гишүүдийн ердийн олонхийн саналаар шийдвэр /тогтоол/ гаргах ба хурлын явцад тэмдэглэл хөтөлнө.</w:t>
      </w:r>
    </w:p>
    <w:p w14:paraId="07AE5BBB" w14:textId="1F8A33C4" w:rsidR="002546F8" w:rsidRDefault="002546F8" w:rsidP="002546F8">
      <w:pPr>
        <w:ind w:firstLine="283"/>
        <w:jc w:val="both"/>
        <w:rPr>
          <w:rFonts w:ascii="Arial" w:hAnsi="Arial" w:cs="Arial"/>
          <w:szCs w:val="24"/>
          <w:lang w:val="mn-MN"/>
        </w:rPr>
      </w:pPr>
      <w:r>
        <w:rPr>
          <w:rFonts w:ascii="Arial" w:hAnsi="Arial" w:cs="Arial"/>
          <w:szCs w:val="24"/>
          <w:lang w:val="mn-MN"/>
        </w:rPr>
        <w:lastRenderedPageBreak/>
        <w:t>6.2.13 Хурлын зарыг хуанлийн 14 хоногийн өмнө урьдчилан гишүүдэд хүргэх бөгөөд хурлын ирц бүрдээгүй тохиолдолд дахин зарлаж хуралдуулах ба гишүүдийн 30-аас дүоошгүй хувь оролцсон бол дахин зарласан хурлыг хүчин төгөлдөрт тооцно.</w:t>
      </w:r>
    </w:p>
    <w:p w14:paraId="13F0B927" w14:textId="0404987E" w:rsidR="002546F8" w:rsidRPr="009272CF" w:rsidRDefault="002546F8">
      <w:pPr>
        <w:ind w:firstLine="283"/>
        <w:rPr>
          <w:rFonts w:ascii="Arial" w:hAnsi="Arial" w:cs="Arial"/>
          <w:szCs w:val="24"/>
          <w:lang w:val="mn-MN"/>
        </w:rPr>
      </w:pPr>
      <w:r>
        <w:rPr>
          <w:rFonts w:ascii="Arial" w:hAnsi="Arial" w:cs="Arial"/>
          <w:szCs w:val="24"/>
          <w:lang w:val="mn-MN"/>
        </w:rPr>
        <w:t>6.2.14 Бүх гишүүдийн хурлыг Холбооны удирдах зөвлөлийн шийдвэрээр цахим хэлбэрээр хуралдуулж болно.</w:t>
      </w:r>
    </w:p>
    <w:p w14:paraId="21B886EF" w14:textId="4710308A" w:rsidR="00AC4BD3" w:rsidRDefault="00FF29CB" w:rsidP="002546F8">
      <w:pPr>
        <w:pStyle w:val="SectionHeading"/>
        <w:spacing w:after="0"/>
        <w:jc w:val="center"/>
        <w:rPr>
          <w:rFonts w:ascii="Arial" w:hAnsi="Arial" w:cs="Arial"/>
          <w:b w:val="0"/>
          <w:bCs/>
          <w:szCs w:val="24"/>
        </w:rPr>
      </w:pPr>
      <w:proofErr w:type="spellStart"/>
      <w:r w:rsidRPr="00842302">
        <w:rPr>
          <w:rFonts w:ascii="Arial" w:hAnsi="Arial" w:cs="Arial"/>
          <w:b w:val="0"/>
          <w:bCs/>
          <w:szCs w:val="24"/>
        </w:rPr>
        <w:t>Долоо.Удирдах</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зөвлөлийн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гишүүдийг</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сонгох</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чөлөөлөх</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бүрэн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эрхийн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хугацаа</w:t>
      </w:r>
      <w:proofErr w:type="spellEnd"/>
    </w:p>
    <w:p w14:paraId="5322FC2B" w14:textId="77777777" w:rsidR="00842302" w:rsidRPr="00842302" w:rsidRDefault="00842302" w:rsidP="002546F8">
      <w:pPr>
        <w:pStyle w:val="SectionHeading"/>
        <w:spacing w:after="0"/>
        <w:jc w:val="center"/>
        <w:rPr>
          <w:rFonts w:ascii="Arial" w:hAnsi="Arial" w:cs="Arial"/>
          <w:b w:val="0"/>
          <w:bCs/>
          <w:szCs w:val="24"/>
        </w:rPr>
      </w:pPr>
    </w:p>
    <w:p w14:paraId="3F1D3778" w14:textId="0F819C8C" w:rsidR="00AC4BD3" w:rsidRPr="00842302" w:rsidRDefault="00FF29CB">
      <w:pPr>
        <w:ind w:firstLine="283"/>
        <w:rPr>
          <w:rFonts w:ascii="Arial" w:hAnsi="Arial" w:cs="Arial"/>
          <w:szCs w:val="24"/>
        </w:rPr>
      </w:pPr>
      <w:r w:rsidRPr="00842302">
        <w:rPr>
          <w:rFonts w:ascii="Arial" w:hAnsi="Arial" w:cs="Arial"/>
          <w:szCs w:val="24"/>
        </w:rPr>
        <w:t>7.</w:t>
      </w:r>
      <w:proofErr w:type="gramStart"/>
      <w:r w:rsidRPr="00842302">
        <w:rPr>
          <w:rFonts w:ascii="Arial" w:hAnsi="Arial" w:cs="Arial"/>
          <w:szCs w:val="24"/>
        </w:rPr>
        <w:t>1.Удирдах</w:t>
      </w:r>
      <w:proofErr w:type="gramEnd"/>
      <w:r w:rsidRPr="00842302">
        <w:rPr>
          <w:rFonts w:ascii="Arial" w:hAnsi="Arial" w:cs="Arial"/>
          <w:szCs w:val="24"/>
        </w:rPr>
        <w:t xml:space="preserve"> </w:t>
      </w:r>
      <w:proofErr w:type="spellStart"/>
      <w:r w:rsidRPr="00842302">
        <w:rPr>
          <w:rFonts w:ascii="Arial" w:hAnsi="Arial" w:cs="Arial"/>
          <w:szCs w:val="24"/>
        </w:rPr>
        <w:t>зөвлөлийн</w:t>
      </w:r>
      <w:proofErr w:type="spellEnd"/>
      <w:r w:rsidRPr="00842302">
        <w:rPr>
          <w:rFonts w:ascii="Arial" w:hAnsi="Arial" w:cs="Arial"/>
          <w:szCs w:val="24"/>
        </w:rPr>
        <w:t xml:space="preserve"> </w:t>
      </w:r>
      <w:proofErr w:type="spellStart"/>
      <w:r w:rsidRPr="00842302">
        <w:rPr>
          <w:rFonts w:ascii="Arial" w:hAnsi="Arial" w:cs="Arial"/>
          <w:szCs w:val="24"/>
        </w:rPr>
        <w:t>гишүүнийг</w:t>
      </w:r>
      <w:proofErr w:type="spellEnd"/>
      <w:r w:rsidRPr="00842302">
        <w:rPr>
          <w:rFonts w:ascii="Arial" w:hAnsi="Arial" w:cs="Arial"/>
          <w:szCs w:val="24"/>
        </w:rPr>
        <w:t xml:space="preserve"> </w:t>
      </w:r>
      <w:r w:rsidR="002B68D8">
        <w:rPr>
          <w:rFonts w:ascii="Arial" w:hAnsi="Arial" w:cs="Arial"/>
          <w:szCs w:val="24"/>
          <w:lang w:val="mn-MN"/>
        </w:rPr>
        <w:t xml:space="preserve"> Бүх гишүүдийн хурлаар </w:t>
      </w:r>
      <w:proofErr w:type="spellStart"/>
      <w:r w:rsidRPr="00842302">
        <w:rPr>
          <w:rFonts w:ascii="Arial" w:hAnsi="Arial" w:cs="Arial"/>
          <w:szCs w:val="24"/>
        </w:rPr>
        <w:t>сонгож</w:t>
      </w:r>
      <w:proofErr w:type="spellEnd"/>
      <w:r w:rsidRPr="00842302">
        <w:rPr>
          <w:rFonts w:ascii="Arial" w:hAnsi="Arial" w:cs="Arial"/>
          <w:szCs w:val="24"/>
        </w:rPr>
        <w:t xml:space="preserve"> </w:t>
      </w:r>
      <w:proofErr w:type="spellStart"/>
      <w:r w:rsidRPr="00842302">
        <w:rPr>
          <w:rFonts w:ascii="Arial" w:hAnsi="Arial" w:cs="Arial"/>
          <w:szCs w:val="24"/>
        </w:rPr>
        <w:t>батлана</w:t>
      </w:r>
      <w:proofErr w:type="spellEnd"/>
      <w:r w:rsidRPr="00842302">
        <w:rPr>
          <w:rFonts w:ascii="Arial" w:hAnsi="Arial" w:cs="Arial"/>
          <w:szCs w:val="24"/>
        </w:rPr>
        <w:t>.</w:t>
      </w:r>
    </w:p>
    <w:p w14:paraId="5EE5DCB8" w14:textId="7D48F520" w:rsidR="00AC4BD3" w:rsidRPr="00842302" w:rsidRDefault="00FF29CB">
      <w:pPr>
        <w:ind w:firstLine="283"/>
        <w:rPr>
          <w:rFonts w:ascii="Arial" w:hAnsi="Arial" w:cs="Arial"/>
          <w:szCs w:val="24"/>
        </w:rPr>
      </w:pPr>
      <w:r w:rsidRPr="00842302">
        <w:rPr>
          <w:rFonts w:ascii="Arial" w:hAnsi="Arial" w:cs="Arial"/>
          <w:szCs w:val="24"/>
        </w:rPr>
        <w:t>7.</w:t>
      </w:r>
      <w:proofErr w:type="gramStart"/>
      <w:r w:rsidRPr="00842302">
        <w:rPr>
          <w:rFonts w:ascii="Arial" w:hAnsi="Arial" w:cs="Arial"/>
          <w:szCs w:val="24"/>
        </w:rPr>
        <w:t>2.Удирдах</w:t>
      </w:r>
      <w:proofErr w:type="gramEnd"/>
      <w:r w:rsidRPr="00842302">
        <w:rPr>
          <w:rFonts w:ascii="Arial" w:hAnsi="Arial" w:cs="Arial"/>
          <w:szCs w:val="24"/>
        </w:rPr>
        <w:t xml:space="preserve"> </w:t>
      </w:r>
      <w:proofErr w:type="spellStart"/>
      <w:r w:rsidRPr="00842302">
        <w:rPr>
          <w:rFonts w:ascii="Arial" w:hAnsi="Arial" w:cs="Arial"/>
          <w:szCs w:val="24"/>
        </w:rPr>
        <w:t>зөвлөлийн</w:t>
      </w:r>
      <w:proofErr w:type="spellEnd"/>
      <w:r w:rsidRPr="00842302">
        <w:rPr>
          <w:rFonts w:ascii="Arial" w:hAnsi="Arial" w:cs="Arial"/>
          <w:szCs w:val="24"/>
        </w:rPr>
        <w:t xml:space="preserve"> </w:t>
      </w:r>
      <w:proofErr w:type="spellStart"/>
      <w:r w:rsidRPr="00842302">
        <w:rPr>
          <w:rFonts w:ascii="Arial" w:hAnsi="Arial" w:cs="Arial"/>
          <w:szCs w:val="24"/>
        </w:rPr>
        <w:t>дарга</w:t>
      </w:r>
      <w:proofErr w:type="spellEnd"/>
      <w:r w:rsidRPr="00842302">
        <w:rPr>
          <w:rFonts w:ascii="Arial" w:hAnsi="Arial" w:cs="Arial"/>
          <w:szCs w:val="24"/>
        </w:rPr>
        <w:t xml:space="preserve">, </w:t>
      </w:r>
      <w:proofErr w:type="spellStart"/>
      <w:r w:rsidRPr="00842302">
        <w:rPr>
          <w:rFonts w:ascii="Arial" w:hAnsi="Arial" w:cs="Arial"/>
          <w:szCs w:val="24"/>
        </w:rPr>
        <w:t>гишүүнээс</w:t>
      </w:r>
      <w:proofErr w:type="spellEnd"/>
      <w:r w:rsidRPr="00842302">
        <w:rPr>
          <w:rFonts w:ascii="Arial" w:hAnsi="Arial" w:cs="Arial"/>
          <w:szCs w:val="24"/>
        </w:rPr>
        <w:t xml:space="preserve"> </w:t>
      </w:r>
      <w:proofErr w:type="spellStart"/>
      <w:r w:rsidRPr="00842302">
        <w:rPr>
          <w:rFonts w:ascii="Arial" w:hAnsi="Arial" w:cs="Arial"/>
          <w:szCs w:val="24"/>
        </w:rPr>
        <w:t>сайн</w:t>
      </w:r>
      <w:proofErr w:type="spellEnd"/>
      <w:r w:rsidRPr="00842302">
        <w:rPr>
          <w:rFonts w:ascii="Arial" w:hAnsi="Arial" w:cs="Arial"/>
          <w:szCs w:val="24"/>
        </w:rPr>
        <w:t xml:space="preserve"> </w:t>
      </w:r>
      <w:proofErr w:type="spellStart"/>
      <w:r w:rsidRPr="00842302">
        <w:rPr>
          <w:rFonts w:ascii="Arial" w:hAnsi="Arial" w:cs="Arial"/>
          <w:szCs w:val="24"/>
        </w:rPr>
        <w:t>дураараа</w:t>
      </w:r>
      <w:proofErr w:type="spellEnd"/>
      <w:r w:rsidRPr="00842302">
        <w:rPr>
          <w:rFonts w:ascii="Arial" w:hAnsi="Arial" w:cs="Arial"/>
          <w:szCs w:val="24"/>
        </w:rPr>
        <w:t xml:space="preserve"> </w:t>
      </w:r>
      <w:proofErr w:type="spellStart"/>
      <w:r w:rsidRPr="00842302">
        <w:rPr>
          <w:rFonts w:ascii="Arial" w:hAnsi="Arial" w:cs="Arial"/>
          <w:szCs w:val="24"/>
        </w:rPr>
        <w:t>чөлөөлөгдөх</w:t>
      </w:r>
      <w:proofErr w:type="spellEnd"/>
      <w:r w:rsidRPr="00842302">
        <w:rPr>
          <w:rFonts w:ascii="Arial" w:hAnsi="Arial" w:cs="Arial"/>
          <w:szCs w:val="24"/>
        </w:rPr>
        <w:t xml:space="preserve"> </w:t>
      </w:r>
      <w:proofErr w:type="spellStart"/>
      <w:r w:rsidRPr="00842302">
        <w:rPr>
          <w:rFonts w:ascii="Arial" w:hAnsi="Arial" w:cs="Arial"/>
          <w:szCs w:val="24"/>
        </w:rPr>
        <w:t>хүсэлтээ</w:t>
      </w:r>
      <w:proofErr w:type="spellEnd"/>
      <w:r w:rsidRPr="00842302">
        <w:rPr>
          <w:rFonts w:ascii="Arial" w:hAnsi="Arial" w:cs="Arial"/>
          <w:szCs w:val="24"/>
        </w:rPr>
        <w:t xml:space="preserve"> </w:t>
      </w:r>
      <w:r w:rsidR="00DC68DD">
        <w:rPr>
          <w:rFonts w:ascii="Arial" w:hAnsi="Arial" w:cs="Arial"/>
          <w:szCs w:val="24"/>
          <w:lang w:val="mn-MN"/>
        </w:rPr>
        <w:t xml:space="preserve">бүх гишүүдийн </w:t>
      </w:r>
      <w:proofErr w:type="spellStart"/>
      <w:r w:rsidRPr="00842302">
        <w:rPr>
          <w:rFonts w:ascii="Arial" w:hAnsi="Arial" w:cs="Arial"/>
          <w:szCs w:val="24"/>
        </w:rPr>
        <w:t>хуралд</w:t>
      </w:r>
      <w:proofErr w:type="spellEnd"/>
      <w:r w:rsidRPr="00842302">
        <w:rPr>
          <w:rFonts w:ascii="Arial" w:hAnsi="Arial" w:cs="Arial"/>
          <w:szCs w:val="24"/>
        </w:rPr>
        <w:t xml:space="preserve"> </w:t>
      </w:r>
      <w:proofErr w:type="spellStart"/>
      <w:r w:rsidRPr="00842302">
        <w:rPr>
          <w:rFonts w:ascii="Arial" w:hAnsi="Arial" w:cs="Arial"/>
          <w:szCs w:val="24"/>
        </w:rPr>
        <w:t>оруулж</w:t>
      </w:r>
      <w:proofErr w:type="spellEnd"/>
      <w:r w:rsidRPr="00842302">
        <w:rPr>
          <w:rFonts w:ascii="Arial" w:hAnsi="Arial" w:cs="Arial"/>
          <w:szCs w:val="24"/>
        </w:rPr>
        <w:t xml:space="preserve"> </w:t>
      </w:r>
      <w:proofErr w:type="spellStart"/>
      <w:r w:rsidRPr="00842302">
        <w:rPr>
          <w:rFonts w:ascii="Arial" w:hAnsi="Arial" w:cs="Arial"/>
          <w:szCs w:val="24"/>
        </w:rPr>
        <w:t>гишүүдийн</w:t>
      </w:r>
      <w:proofErr w:type="spellEnd"/>
      <w:r w:rsidRPr="00842302">
        <w:rPr>
          <w:rFonts w:ascii="Arial" w:hAnsi="Arial" w:cs="Arial"/>
          <w:szCs w:val="24"/>
        </w:rPr>
        <w:t xml:space="preserve"> </w:t>
      </w:r>
      <w:proofErr w:type="spellStart"/>
      <w:r w:rsidRPr="00842302">
        <w:rPr>
          <w:rFonts w:ascii="Arial" w:hAnsi="Arial" w:cs="Arial"/>
          <w:szCs w:val="24"/>
        </w:rPr>
        <w:t>олонхийн</w:t>
      </w:r>
      <w:proofErr w:type="spellEnd"/>
      <w:r w:rsidRPr="00842302">
        <w:rPr>
          <w:rFonts w:ascii="Arial" w:hAnsi="Arial" w:cs="Arial"/>
          <w:szCs w:val="24"/>
        </w:rPr>
        <w:t xml:space="preserve"> </w:t>
      </w:r>
      <w:proofErr w:type="spellStart"/>
      <w:r w:rsidRPr="00842302">
        <w:rPr>
          <w:rFonts w:ascii="Arial" w:hAnsi="Arial" w:cs="Arial"/>
          <w:szCs w:val="24"/>
        </w:rPr>
        <w:t>саналаар</w:t>
      </w:r>
      <w:proofErr w:type="spellEnd"/>
      <w:r w:rsidRPr="00842302">
        <w:rPr>
          <w:rFonts w:ascii="Arial" w:hAnsi="Arial" w:cs="Arial"/>
          <w:szCs w:val="24"/>
        </w:rPr>
        <w:t xml:space="preserve"> </w:t>
      </w:r>
      <w:proofErr w:type="spellStart"/>
      <w:r w:rsidRPr="00842302">
        <w:rPr>
          <w:rFonts w:ascii="Arial" w:hAnsi="Arial" w:cs="Arial"/>
          <w:szCs w:val="24"/>
        </w:rPr>
        <w:t>шийдвэрлүүлнэ</w:t>
      </w:r>
      <w:proofErr w:type="spellEnd"/>
      <w:r w:rsidRPr="00842302">
        <w:rPr>
          <w:rFonts w:ascii="Arial" w:hAnsi="Arial" w:cs="Arial"/>
          <w:szCs w:val="24"/>
        </w:rPr>
        <w:t>.</w:t>
      </w:r>
    </w:p>
    <w:p w14:paraId="33516ECA" w14:textId="77777777" w:rsidR="00AC4BD3" w:rsidRPr="00842302" w:rsidRDefault="00FF29CB">
      <w:pPr>
        <w:ind w:firstLine="283"/>
        <w:rPr>
          <w:rFonts w:ascii="Arial" w:hAnsi="Arial" w:cs="Arial"/>
          <w:szCs w:val="24"/>
        </w:rPr>
      </w:pPr>
      <w:r w:rsidRPr="00842302">
        <w:rPr>
          <w:rFonts w:ascii="Arial" w:hAnsi="Arial" w:cs="Arial"/>
          <w:szCs w:val="24"/>
        </w:rPr>
        <w:t>7.</w:t>
      </w:r>
      <w:proofErr w:type="gramStart"/>
      <w:r w:rsidRPr="00842302">
        <w:rPr>
          <w:rFonts w:ascii="Arial" w:hAnsi="Arial" w:cs="Arial"/>
          <w:szCs w:val="24"/>
        </w:rPr>
        <w:t>3.Удирдах</w:t>
      </w:r>
      <w:proofErr w:type="gramEnd"/>
      <w:r w:rsidRPr="00842302">
        <w:rPr>
          <w:rFonts w:ascii="Arial" w:hAnsi="Arial" w:cs="Arial"/>
          <w:szCs w:val="24"/>
        </w:rPr>
        <w:t xml:space="preserve"> зөвлөлийн дарга, гишүүнийг дараах үндэслэлээр чөлөөлнө.</w:t>
      </w:r>
    </w:p>
    <w:p w14:paraId="5613FD18" w14:textId="77777777" w:rsidR="00AC4BD3" w:rsidRPr="00842302" w:rsidRDefault="00FF29CB">
      <w:pPr>
        <w:ind w:firstLine="283"/>
        <w:rPr>
          <w:rFonts w:ascii="Arial" w:hAnsi="Arial" w:cs="Arial"/>
          <w:szCs w:val="24"/>
        </w:rPr>
      </w:pPr>
      <w:r w:rsidRPr="00842302">
        <w:rPr>
          <w:rFonts w:ascii="Arial" w:hAnsi="Arial" w:cs="Arial"/>
          <w:szCs w:val="24"/>
        </w:rPr>
        <w:t>7.3.</w:t>
      </w:r>
      <w:proofErr w:type="gramStart"/>
      <w:r w:rsidRPr="00842302">
        <w:rPr>
          <w:rFonts w:ascii="Arial" w:hAnsi="Arial" w:cs="Arial"/>
          <w:szCs w:val="24"/>
        </w:rPr>
        <w:t>1.Нас</w:t>
      </w:r>
      <w:proofErr w:type="gramEnd"/>
      <w:r w:rsidRPr="00842302">
        <w:rPr>
          <w:rFonts w:ascii="Arial" w:hAnsi="Arial" w:cs="Arial"/>
          <w:szCs w:val="24"/>
        </w:rPr>
        <w:t xml:space="preserve"> барсан;</w:t>
      </w:r>
    </w:p>
    <w:p w14:paraId="57E16705" w14:textId="77777777" w:rsidR="00AC4BD3" w:rsidRPr="00842302" w:rsidRDefault="00FF29CB">
      <w:pPr>
        <w:ind w:firstLine="283"/>
        <w:rPr>
          <w:rFonts w:ascii="Arial" w:hAnsi="Arial" w:cs="Arial"/>
          <w:szCs w:val="24"/>
        </w:rPr>
      </w:pPr>
      <w:r w:rsidRPr="00842302">
        <w:rPr>
          <w:rFonts w:ascii="Arial" w:hAnsi="Arial" w:cs="Arial"/>
          <w:szCs w:val="24"/>
        </w:rPr>
        <w:t>7.3.</w:t>
      </w:r>
      <w:proofErr w:type="gramStart"/>
      <w:r w:rsidRPr="00842302">
        <w:rPr>
          <w:rFonts w:ascii="Arial" w:hAnsi="Arial" w:cs="Arial"/>
          <w:szCs w:val="24"/>
        </w:rPr>
        <w:t>2.Зөвлөлийн</w:t>
      </w:r>
      <w:proofErr w:type="gramEnd"/>
      <w:r w:rsidRPr="00842302">
        <w:rPr>
          <w:rFonts w:ascii="Arial" w:hAnsi="Arial" w:cs="Arial"/>
          <w:szCs w:val="24"/>
        </w:rPr>
        <w:t xml:space="preserve"> гишүүнийхээ үүргийг зохих ёсоор биелүүлээгүй;</w:t>
      </w:r>
    </w:p>
    <w:p w14:paraId="7D3A1AD5" w14:textId="77777777" w:rsidR="00AC4BD3" w:rsidRPr="00842302" w:rsidRDefault="00FF29CB">
      <w:pPr>
        <w:ind w:firstLine="283"/>
        <w:rPr>
          <w:rFonts w:ascii="Arial" w:hAnsi="Arial" w:cs="Arial"/>
          <w:szCs w:val="24"/>
        </w:rPr>
      </w:pPr>
      <w:r w:rsidRPr="00842302">
        <w:rPr>
          <w:rFonts w:ascii="Arial" w:hAnsi="Arial" w:cs="Arial"/>
          <w:szCs w:val="24"/>
        </w:rPr>
        <w:t>7.3.</w:t>
      </w:r>
      <w:proofErr w:type="gramStart"/>
      <w:r w:rsidRPr="00842302">
        <w:rPr>
          <w:rFonts w:ascii="Arial" w:hAnsi="Arial" w:cs="Arial"/>
          <w:szCs w:val="24"/>
        </w:rPr>
        <w:t>3.Хууль</w:t>
      </w:r>
      <w:proofErr w:type="gramEnd"/>
      <w:r w:rsidRPr="00842302">
        <w:rPr>
          <w:rFonts w:ascii="Arial" w:hAnsi="Arial" w:cs="Arial"/>
          <w:szCs w:val="24"/>
        </w:rPr>
        <w:t xml:space="preserve"> тогтоомж, дүрмийг удаа дараа ноцтой зөрчсөн.</w:t>
      </w:r>
    </w:p>
    <w:p w14:paraId="39244C6C" w14:textId="77777777" w:rsidR="00AC4BD3" w:rsidRPr="00842302" w:rsidRDefault="00FF29CB">
      <w:pPr>
        <w:ind w:firstLine="283"/>
        <w:rPr>
          <w:rFonts w:ascii="Arial" w:hAnsi="Arial" w:cs="Arial"/>
          <w:szCs w:val="24"/>
        </w:rPr>
      </w:pPr>
      <w:r w:rsidRPr="00842302">
        <w:rPr>
          <w:rFonts w:ascii="Arial" w:hAnsi="Arial" w:cs="Arial"/>
          <w:szCs w:val="24"/>
        </w:rPr>
        <w:t>7.</w:t>
      </w:r>
      <w:proofErr w:type="gramStart"/>
      <w:r w:rsidRPr="00842302">
        <w:rPr>
          <w:rFonts w:ascii="Arial" w:hAnsi="Arial" w:cs="Arial"/>
          <w:szCs w:val="24"/>
        </w:rPr>
        <w:t>4.Удирдах</w:t>
      </w:r>
      <w:proofErr w:type="gramEnd"/>
      <w:r w:rsidRPr="00842302">
        <w:rPr>
          <w:rFonts w:ascii="Arial" w:hAnsi="Arial" w:cs="Arial"/>
          <w:szCs w:val="24"/>
        </w:rPr>
        <w:t xml:space="preserve"> зөвлөлийн гишүүдийн бүрэн эрхийн хугацаа ............................... улируулан сонгож болно.</w:t>
      </w:r>
    </w:p>
    <w:p w14:paraId="4094AC91" w14:textId="0030D5E4" w:rsidR="00AC4BD3" w:rsidRDefault="00FF29CB" w:rsidP="00842302">
      <w:pPr>
        <w:pStyle w:val="SectionHeading"/>
        <w:spacing w:after="0"/>
        <w:jc w:val="center"/>
        <w:rPr>
          <w:rFonts w:ascii="Arial" w:hAnsi="Arial" w:cs="Arial"/>
          <w:b w:val="0"/>
          <w:bCs/>
          <w:szCs w:val="24"/>
        </w:rPr>
      </w:pPr>
      <w:proofErr w:type="spellStart"/>
      <w:r w:rsidRPr="00842302">
        <w:rPr>
          <w:rFonts w:ascii="Arial" w:hAnsi="Arial" w:cs="Arial"/>
          <w:b w:val="0"/>
          <w:bCs/>
          <w:szCs w:val="24"/>
        </w:rPr>
        <w:t>Найм.Удирдах</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зөвлөлийн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хурлын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тоо</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хуралдааныг</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хүчинтэйд</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тооцох</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ирц</w:t>
      </w:r>
      <w:proofErr w:type="spellEnd"/>
    </w:p>
    <w:p w14:paraId="6C8A3E41" w14:textId="77777777" w:rsidR="00842302" w:rsidRPr="00842302" w:rsidRDefault="00842302" w:rsidP="00842302">
      <w:pPr>
        <w:pStyle w:val="SectionHeading"/>
        <w:spacing w:after="0"/>
        <w:jc w:val="center"/>
        <w:rPr>
          <w:rFonts w:ascii="Arial" w:hAnsi="Arial" w:cs="Arial"/>
          <w:b w:val="0"/>
          <w:bCs/>
          <w:szCs w:val="24"/>
        </w:rPr>
      </w:pPr>
    </w:p>
    <w:p w14:paraId="22AD0EA5" w14:textId="5E2976C3" w:rsidR="00AC4BD3" w:rsidRPr="00842302" w:rsidRDefault="00FF29CB">
      <w:pPr>
        <w:ind w:firstLine="283"/>
        <w:rPr>
          <w:rFonts w:ascii="Arial" w:hAnsi="Arial" w:cs="Arial"/>
          <w:szCs w:val="24"/>
        </w:rPr>
      </w:pPr>
      <w:r w:rsidRPr="00842302">
        <w:rPr>
          <w:rFonts w:ascii="Arial" w:hAnsi="Arial" w:cs="Arial"/>
          <w:szCs w:val="24"/>
        </w:rPr>
        <w:t>8.</w:t>
      </w:r>
      <w:proofErr w:type="gramStart"/>
      <w:r w:rsidRPr="00842302">
        <w:rPr>
          <w:rFonts w:ascii="Arial" w:hAnsi="Arial" w:cs="Arial"/>
          <w:szCs w:val="24"/>
        </w:rPr>
        <w:t>1.</w:t>
      </w:r>
      <w:r w:rsidR="00834BF0">
        <w:rPr>
          <w:rFonts w:ascii="Arial" w:hAnsi="Arial" w:cs="Arial"/>
          <w:szCs w:val="24"/>
          <w:lang w:val="mn-MN"/>
        </w:rPr>
        <w:t>Бүх</w:t>
      </w:r>
      <w:proofErr w:type="gramEnd"/>
      <w:r w:rsidR="00834BF0">
        <w:rPr>
          <w:rFonts w:ascii="Arial" w:hAnsi="Arial" w:cs="Arial"/>
          <w:szCs w:val="24"/>
          <w:lang w:val="mn-MN"/>
        </w:rPr>
        <w:t xml:space="preserve"> гишүүдийн хурлаас бусад </w:t>
      </w:r>
      <w:r w:rsidR="005F1F7E">
        <w:rPr>
          <w:rFonts w:ascii="Arial" w:hAnsi="Arial" w:cs="Arial"/>
          <w:szCs w:val="24"/>
          <w:lang w:val="mn-MN"/>
        </w:rPr>
        <w:t xml:space="preserve">үед </w:t>
      </w:r>
      <w:proofErr w:type="spellStart"/>
      <w:r w:rsidRPr="00842302">
        <w:rPr>
          <w:rFonts w:ascii="Arial" w:hAnsi="Arial" w:cs="Arial"/>
          <w:szCs w:val="24"/>
        </w:rPr>
        <w:t>Удирдах</w:t>
      </w:r>
      <w:proofErr w:type="spellEnd"/>
      <w:r w:rsidRPr="00842302">
        <w:rPr>
          <w:rFonts w:ascii="Arial" w:hAnsi="Arial" w:cs="Arial"/>
          <w:szCs w:val="24"/>
        </w:rPr>
        <w:t xml:space="preserve"> </w:t>
      </w:r>
      <w:proofErr w:type="spellStart"/>
      <w:r w:rsidRPr="00842302">
        <w:rPr>
          <w:rFonts w:ascii="Arial" w:hAnsi="Arial" w:cs="Arial"/>
          <w:szCs w:val="24"/>
        </w:rPr>
        <w:t>зөвлөл</w:t>
      </w:r>
      <w:proofErr w:type="spellEnd"/>
      <w:r w:rsidR="005F1F7E">
        <w:rPr>
          <w:rFonts w:ascii="Arial" w:hAnsi="Arial" w:cs="Arial"/>
          <w:szCs w:val="24"/>
          <w:lang w:val="mn-MN"/>
        </w:rPr>
        <w:t xml:space="preserve"> нь Холбооны эрх барих дээд байгууллагын үүргийг гүйцэтгэнэ.</w:t>
      </w:r>
      <w:r w:rsidRPr="00842302">
        <w:rPr>
          <w:rFonts w:ascii="Arial" w:hAnsi="Arial" w:cs="Arial"/>
          <w:szCs w:val="24"/>
        </w:rPr>
        <w:t xml:space="preserve"> </w:t>
      </w:r>
    </w:p>
    <w:p w14:paraId="64178CDB" w14:textId="77777777" w:rsidR="00AC4BD3" w:rsidRPr="00842302" w:rsidRDefault="00FF29CB">
      <w:pPr>
        <w:ind w:firstLine="283"/>
        <w:rPr>
          <w:rFonts w:ascii="Arial" w:hAnsi="Arial" w:cs="Arial"/>
          <w:szCs w:val="24"/>
        </w:rPr>
      </w:pPr>
      <w:r w:rsidRPr="00842302">
        <w:rPr>
          <w:rFonts w:ascii="Arial" w:hAnsi="Arial" w:cs="Arial"/>
          <w:szCs w:val="24"/>
        </w:rPr>
        <w:t>8.</w:t>
      </w:r>
      <w:proofErr w:type="gramStart"/>
      <w:r w:rsidRPr="00842302">
        <w:rPr>
          <w:rFonts w:ascii="Arial" w:hAnsi="Arial" w:cs="Arial"/>
          <w:szCs w:val="24"/>
        </w:rPr>
        <w:t>2.Удирдах</w:t>
      </w:r>
      <w:proofErr w:type="gramEnd"/>
      <w:r w:rsidRPr="00842302">
        <w:rPr>
          <w:rFonts w:ascii="Arial" w:hAnsi="Arial" w:cs="Arial"/>
          <w:szCs w:val="24"/>
        </w:rPr>
        <w:t xml:space="preserve"> зөвлөл нь ээлжит болон ээлжит бус хуралтай байна.</w:t>
      </w:r>
    </w:p>
    <w:p w14:paraId="7683A13F" w14:textId="77777777" w:rsidR="00AC4BD3" w:rsidRPr="00842302" w:rsidRDefault="00FF29CB">
      <w:pPr>
        <w:ind w:firstLine="283"/>
        <w:rPr>
          <w:rFonts w:ascii="Arial" w:hAnsi="Arial" w:cs="Arial"/>
          <w:szCs w:val="24"/>
        </w:rPr>
      </w:pPr>
      <w:r w:rsidRPr="00842302">
        <w:rPr>
          <w:rFonts w:ascii="Arial" w:hAnsi="Arial" w:cs="Arial"/>
          <w:szCs w:val="24"/>
        </w:rPr>
        <w:t>8.</w:t>
      </w:r>
      <w:proofErr w:type="gramStart"/>
      <w:r w:rsidRPr="00842302">
        <w:rPr>
          <w:rFonts w:ascii="Arial" w:hAnsi="Arial" w:cs="Arial"/>
          <w:szCs w:val="24"/>
        </w:rPr>
        <w:t>3.Ээлжит</w:t>
      </w:r>
      <w:proofErr w:type="gramEnd"/>
      <w:r w:rsidRPr="00842302">
        <w:rPr>
          <w:rFonts w:ascii="Arial" w:hAnsi="Arial" w:cs="Arial"/>
          <w:szCs w:val="24"/>
        </w:rPr>
        <w:t xml:space="preserve"> хурал нь улиралд нэгээс доошгүй удаа хуралдана.</w:t>
      </w:r>
    </w:p>
    <w:p w14:paraId="32CDD91C" w14:textId="77777777" w:rsidR="00AC4BD3" w:rsidRPr="00842302" w:rsidRDefault="00FF29CB">
      <w:pPr>
        <w:ind w:firstLine="283"/>
        <w:rPr>
          <w:rFonts w:ascii="Arial" w:hAnsi="Arial" w:cs="Arial"/>
          <w:szCs w:val="24"/>
        </w:rPr>
      </w:pPr>
      <w:r w:rsidRPr="00842302">
        <w:rPr>
          <w:rFonts w:ascii="Arial" w:hAnsi="Arial" w:cs="Arial"/>
          <w:szCs w:val="24"/>
        </w:rPr>
        <w:t>8.</w:t>
      </w:r>
      <w:proofErr w:type="gramStart"/>
      <w:r w:rsidRPr="00842302">
        <w:rPr>
          <w:rFonts w:ascii="Arial" w:hAnsi="Arial" w:cs="Arial"/>
          <w:szCs w:val="24"/>
        </w:rPr>
        <w:t>4.Ээлжит</w:t>
      </w:r>
      <w:proofErr w:type="gramEnd"/>
      <w:r w:rsidRPr="00842302">
        <w:rPr>
          <w:rFonts w:ascii="Arial" w:hAnsi="Arial" w:cs="Arial"/>
          <w:szCs w:val="24"/>
        </w:rPr>
        <w:t xml:space="preserve"> бус хурлыг удирдах зөвлөлийн даргын шийдвэрээр буюу удирдах зөвлөлийн 2-оос доошгүй гишүүдийн хүсэлтээр ажлын өдөр зарлан хуралдуулж болно.</w:t>
      </w:r>
    </w:p>
    <w:p w14:paraId="1E0EDE51" w14:textId="77777777" w:rsidR="00AC4BD3" w:rsidRPr="00842302" w:rsidRDefault="00FF29CB">
      <w:pPr>
        <w:ind w:firstLine="283"/>
        <w:rPr>
          <w:rFonts w:ascii="Arial" w:hAnsi="Arial" w:cs="Arial"/>
          <w:szCs w:val="24"/>
        </w:rPr>
      </w:pPr>
      <w:r w:rsidRPr="00842302">
        <w:rPr>
          <w:rFonts w:ascii="Arial" w:hAnsi="Arial" w:cs="Arial"/>
          <w:szCs w:val="24"/>
        </w:rPr>
        <w:t>8.</w:t>
      </w:r>
      <w:proofErr w:type="gramStart"/>
      <w:r w:rsidRPr="00842302">
        <w:rPr>
          <w:rFonts w:ascii="Arial" w:hAnsi="Arial" w:cs="Arial"/>
          <w:szCs w:val="24"/>
        </w:rPr>
        <w:t>5.Удирдах</w:t>
      </w:r>
      <w:proofErr w:type="gramEnd"/>
      <w:r w:rsidRPr="00842302">
        <w:rPr>
          <w:rFonts w:ascii="Arial" w:hAnsi="Arial" w:cs="Arial"/>
          <w:szCs w:val="24"/>
        </w:rPr>
        <w:t xml:space="preserve"> зөвлөлийн гишүүдийн 2/3 хувь хуралд оролцсноор хуралдааны ирцийг хүчинтэйд тооцно.</w:t>
      </w:r>
    </w:p>
    <w:p w14:paraId="3B73866B" w14:textId="0E8326D3" w:rsidR="00AC4BD3" w:rsidRDefault="00FF29CB" w:rsidP="00842302">
      <w:pPr>
        <w:pStyle w:val="SectionHeading"/>
        <w:spacing w:after="0"/>
        <w:jc w:val="center"/>
        <w:rPr>
          <w:rFonts w:ascii="Arial" w:hAnsi="Arial" w:cs="Arial"/>
          <w:b w:val="0"/>
          <w:bCs/>
          <w:szCs w:val="24"/>
        </w:rPr>
      </w:pPr>
      <w:proofErr w:type="spellStart"/>
      <w:proofErr w:type="gramStart"/>
      <w:r w:rsidRPr="00842302">
        <w:rPr>
          <w:rFonts w:ascii="Arial" w:hAnsi="Arial" w:cs="Arial"/>
          <w:b w:val="0"/>
          <w:bCs/>
          <w:szCs w:val="24"/>
        </w:rPr>
        <w:t>Ес.Удирдах</w:t>
      </w:r>
      <w:proofErr w:type="spellEnd"/>
      <w:proofErr w:type="gramEnd"/>
      <w:r w:rsidRPr="00842302">
        <w:rPr>
          <w:rFonts w:ascii="Arial" w:hAnsi="Arial" w:cs="Arial"/>
          <w:b w:val="0"/>
          <w:bCs/>
          <w:szCs w:val="24"/>
        </w:rPr>
        <w:t xml:space="preserve"> </w:t>
      </w:r>
      <w:proofErr w:type="spellStart"/>
      <w:r w:rsidRPr="00842302">
        <w:rPr>
          <w:rFonts w:ascii="Arial" w:hAnsi="Arial" w:cs="Arial"/>
          <w:b w:val="0"/>
          <w:bCs/>
          <w:szCs w:val="24"/>
        </w:rPr>
        <w:t>зөвлөлийн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хуралдаанаас</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гарсан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шийдвэр</w:t>
      </w:r>
      <w:proofErr w:type="spellEnd"/>
    </w:p>
    <w:p w14:paraId="58751B08" w14:textId="77777777" w:rsidR="00842302" w:rsidRPr="00842302" w:rsidRDefault="00842302" w:rsidP="00842302">
      <w:pPr>
        <w:pStyle w:val="SectionHeading"/>
        <w:spacing w:after="0"/>
        <w:jc w:val="center"/>
        <w:rPr>
          <w:rFonts w:ascii="Arial" w:hAnsi="Arial" w:cs="Arial"/>
          <w:b w:val="0"/>
          <w:bCs/>
          <w:szCs w:val="24"/>
        </w:rPr>
      </w:pPr>
    </w:p>
    <w:p w14:paraId="59F88B2A" w14:textId="77777777" w:rsidR="00AC4BD3" w:rsidRPr="00842302" w:rsidRDefault="00FF29CB">
      <w:pPr>
        <w:ind w:firstLine="283"/>
        <w:rPr>
          <w:rFonts w:ascii="Arial" w:hAnsi="Arial" w:cs="Arial"/>
          <w:szCs w:val="24"/>
        </w:rPr>
      </w:pPr>
      <w:r w:rsidRPr="00842302">
        <w:rPr>
          <w:rFonts w:ascii="Arial" w:hAnsi="Arial" w:cs="Arial"/>
          <w:szCs w:val="24"/>
        </w:rPr>
        <w:t>9.</w:t>
      </w:r>
      <w:proofErr w:type="gramStart"/>
      <w:r w:rsidRPr="00842302">
        <w:rPr>
          <w:rFonts w:ascii="Arial" w:hAnsi="Arial" w:cs="Arial"/>
          <w:szCs w:val="24"/>
        </w:rPr>
        <w:t>1.Удирдах</w:t>
      </w:r>
      <w:proofErr w:type="gramEnd"/>
      <w:r w:rsidRPr="00842302">
        <w:rPr>
          <w:rFonts w:ascii="Arial" w:hAnsi="Arial" w:cs="Arial"/>
          <w:szCs w:val="24"/>
        </w:rPr>
        <w:t xml:space="preserve"> зөвлөлийн шийдвэр нь тогтоол байна. Удирдах зөвлөлийн тогтоолд удирдах зөвлөлийн дарга, гишүүд гарын үсэг зурснаар хүчин төгөлдөр болно.</w:t>
      </w:r>
    </w:p>
    <w:p w14:paraId="2EFFB15C" w14:textId="77777777" w:rsidR="00AC4BD3" w:rsidRPr="00842302" w:rsidRDefault="00FF29CB">
      <w:pPr>
        <w:ind w:firstLine="283"/>
        <w:rPr>
          <w:rFonts w:ascii="Arial" w:hAnsi="Arial" w:cs="Arial"/>
          <w:szCs w:val="24"/>
        </w:rPr>
      </w:pPr>
      <w:r w:rsidRPr="00842302">
        <w:rPr>
          <w:rFonts w:ascii="Arial" w:hAnsi="Arial" w:cs="Arial"/>
          <w:szCs w:val="24"/>
        </w:rPr>
        <w:t>9.</w:t>
      </w:r>
      <w:proofErr w:type="gramStart"/>
      <w:r w:rsidRPr="00842302">
        <w:rPr>
          <w:rFonts w:ascii="Arial" w:hAnsi="Arial" w:cs="Arial"/>
          <w:szCs w:val="24"/>
        </w:rPr>
        <w:t>2.Удирдах</w:t>
      </w:r>
      <w:proofErr w:type="gramEnd"/>
      <w:r w:rsidRPr="00842302">
        <w:rPr>
          <w:rFonts w:ascii="Arial" w:hAnsi="Arial" w:cs="Arial"/>
          <w:szCs w:val="24"/>
        </w:rPr>
        <w:t xml:space="preserve"> зөвлөлийн хурал хийсэн тухай бүр хурлын тэмдэглэл хөтөлнө.</w:t>
      </w:r>
    </w:p>
    <w:p w14:paraId="2243EDDE" w14:textId="77777777" w:rsidR="00AC4BD3" w:rsidRPr="00842302" w:rsidRDefault="00FF29CB">
      <w:pPr>
        <w:ind w:firstLine="283"/>
        <w:rPr>
          <w:rFonts w:ascii="Arial" w:hAnsi="Arial" w:cs="Arial"/>
          <w:szCs w:val="24"/>
        </w:rPr>
      </w:pPr>
      <w:r w:rsidRPr="00842302">
        <w:rPr>
          <w:rFonts w:ascii="Arial" w:hAnsi="Arial" w:cs="Arial"/>
          <w:szCs w:val="24"/>
        </w:rPr>
        <w:t>9.</w:t>
      </w:r>
      <w:proofErr w:type="gramStart"/>
      <w:r w:rsidRPr="00842302">
        <w:rPr>
          <w:rFonts w:ascii="Arial" w:hAnsi="Arial" w:cs="Arial"/>
          <w:szCs w:val="24"/>
        </w:rPr>
        <w:t>3.Удирдах</w:t>
      </w:r>
      <w:proofErr w:type="gramEnd"/>
      <w:r w:rsidRPr="00842302">
        <w:rPr>
          <w:rFonts w:ascii="Arial" w:hAnsi="Arial" w:cs="Arial"/>
          <w:szCs w:val="24"/>
        </w:rPr>
        <w:t xml:space="preserve"> зөвлөлийн хурлаас гаргасан шийдвэрийн талаар зарчмын өөр саналтай гишүүний тайлбарыг хурлын тэмдэглэлд хавсаргана.</w:t>
      </w:r>
    </w:p>
    <w:p w14:paraId="23091027" w14:textId="77777777" w:rsidR="00AC4BD3" w:rsidRPr="00842302" w:rsidRDefault="00FF29CB">
      <w:pPr>
        <w:ind w:firstLine="283"/>
        <w:rPr>
          <w:rFonts w:ascii="Arial" w:hAnsi="Arial" w:cs="Arial"/>
          <w:szCs w:val="24"/>
        </w:rPr>
      </w:pPr>
      <w:r w:rsidRPr="00842302">
        <w:rPr>
          <w:rFonts w:ascii="Arial" w:hAnsi="Arial" w:cs="Arial"/>
          <w:szCs w:val="24"/>
        </w:rPr>
        <w:t>9.</w:t>
      </w:r>
      <w:proofErr w:type="gramStart"/>
      <w:r w:rsidRPr="00842302">
        <w:rPr>
          <w:rFonts w:ascii="Arial" w:hAnsi="Arial" w:cs="Arial"/>
          <w:szCs w:val="24"/>
        </w:rPr>
        <w:t>4.Удирдах</w:t>
      </w:r>
      <w:proofErr w:type="gramEnd"/>
      <w:r w:rsidRPr="00842302">
        <w:rPr>
          <w:rFonts w:ascii="Arial" w:hAnsi="Arial" w:cs="Arial"/>
          <w:szCs w:val="24"/>
        </w:rPr>
        <w:t xml:space="preserve"> зөвлөл нь хувь хүний асуудлыг нууцаар, бусад асуудлыг илээр санал хураах зарчмаар шийдвэрлэнэ.</w:t>
      </w:r>
    </w:p>
    <w:p w14:paraId="2DBD6BFB" w14:textId="77777777" w:rsidR="00AC4BD3" w:rsidRPr="00842302" w:rsidRDefault="00FF29CB" w:rsidP="00842302">
      <w:pPr>
        <w:pStyle w:val="SectionHeading"/>
        <w:spacing w:after="0"/>
        <w:jc w:val="center"/>
        <w:rPr>
          <w:rFonts w:ascii="Arial" w:hAnsi="Arial" w:cs="Arial"/>
          <w:b w:val="0"/>
          <w:bCs/>
          <w:szCs w:val="24"/>
        </w:rPr>
      </w:pPr>
      <w:r w:rsidRPr="00842302">
        <w:rPr>
          <w:rFonts w:ascii="Arial" w:hAnsi="Arial" w:cs="Arial"/>
          <w:b w:val="0"/>
          <w:bCs/>
          <w:szCs w:val="24"/>
        </w:rPr>
        <w:lastRenderedPageBreak/>
        <w:t>Арав.Төрийн бус байгууллагыг өөрчлөн байгуулах, татан буулгах нөхцөл</w:t>
      </w:r>
    </w:p>
    <w:p w14:paraId="56E43E6B" w14:textId="77777777" w:rsidR="00AC4BD3" w:rsidRPr="00842302" w:rsidRDefault="00FF29CB">
      <w:pPr>
        <w:ind w:firstLine="283"/>
        <w:rPr>
          <w:rFonts w:ascii="Arial" w:hAnsi="Arial" w:cs="Arial"/>
          <w:szCs w:val="24"/>
        </w:rPr>
      </w:pPr>
      <w:r w:rsidRPr="00842302">
        <w:rPr>
          <w:rFonts w:ascii="Arial" w:hAnsi="Arial" w:cs="Arial"/>
          <w:szCs w:val="24"/>
        </w:rPr>
        <w:t>10.</w:t>
      </w:r>
      <w:proofErr w:type="gramStart"/>
      <w:r w:rsidRPr="00842302">
        <w:rPr>
          <w:rFonts w:ascii="Arial" w:hAnsi="Arial" w:cs="Arial"/>
          <w:szCs w:val="24"/>
        </w:rPr>
        <w:t>1.Төрийн</w:t>
      </w:r>
      <w:proofErr w:type="gramEnd"/>
      <w:r w:rsidRPr="00842302">
        <w:rPr>
          <w:rFonts w:ascii="Arial" w:hAnsi="Arial" w:cs="Arial"/>
          <w:szCs w:val="24"/>
        </w:rPr>
        <w:t xml:space="preserve"> бус байгууллагыг эрх бүхий байгууллагын шийдвэрээр хуульд заасан журмын дагуу өөрчлөн байгуулж болно.</w:t>
      </w:r>
    </w:p>
    <w:p w14:paraId="0D3B7E98" w14:textId="77777777" w:rsidR="00AC4BD3" w:rsidRPr="00842302" w:rsidRDefault="00FF29CB">
      <w:pPr>
        <w:ind w:firstLine="283"/>
        <w:rPr>
          <w:rFonts w:ascii="Arial" w:hAnsi="Arial" w:cs="Arial"/>
          <w:szCs w:val="24"/>
        </w:rPr>
      </w:pPr>
      <w:r w:rsidRPr="00842302">
        <w:rPr>
          <w:rFonts w:ascii="Arial" w:hAnsi="Arial" w:cs="Arial"/>
          <w:szCs w:val="24"/>
        </w:rPr>
        <w:t>10.</w:t>
      </w:r>
      <w:proofErr w:type="gramStart"/>
      <w:r w:rsidRPr="00842302">
        <w:rPr>
          <w:rFonts w:ascii="Arial" w:hAnsi="Arial" w:cs="Arial"/>
          <w:szCs w:val="24"/>
        </w:rPr>
        <w:t>2.Төрийн</w:t>
      </w:r>
      <w:proofErr w:type="gramEnd"/>
      <w:r w:rsidRPr="00842302">
        <w:rPr>
          <w:rFonts w:ascii="Arial" w:hAnsi="Arial" w:cs="Arial"/>
          <w:szCs w:val="24"/>
        </w:rPr>
        <w:t xml:space="preserve"> бус байгууллагыг дараах үндэслэлээр татан буулгана.</w:t>
      </w:r>
    </w:p>
    <w:p w14:paraId="3E743A07" w14:textId="77777777" w:rsidR="00AC4BD3" w:rsidRPr="00842302" w:rsidRDefault="00FF29CB">
      <w:pPr>
        <w:ind w:firstLine="283"/>
        <w:rPr>
          <w:rFonts w:ascii="Arial" w:hAnsi="Arial" w:cs="Arial"/>
          <w:szCs w:val="24"/>
        </w:rPr>
      </w:pPr>
      <w:r w:rsidRPr="00842302">
        <w:rPr>
          <w:rFonts w:ascii="Arial" w:hAnsi="Arial" w:cs="Arial"/>
          <w:szCs w:val="24"/>
        </w:rPr>
        <w:t>10.2.</w:t>
      </w:r>
      <w:proofErr w:type="gramStart"/>
      <w:r w:rsidRPr="00842302">
        <w:rPr>
          <w:rFonts w:ascii="Arial" w:hAnsi="Arial" w:cs="Arial"/>
          <w:szCs w:val="24"/>
        </w:rPr>
        <w:t>1.Эрх</w:t>
      </w:r>
      <w:proofErr w:type="gramEnd"/>
      <w:r w:rsidRPr="00842302">
        <w:rPr>
          <w:rFonts w:ascii="Arial" w:hAnsi="Arial" w:cs="Arial"/>
          <w:szCs w:val="24"/>
        </w:rPr>
        <w:t xml:space="preserve"> бүхий байгууллагын шийдвэр;</w:t>
      </w:r>
    </w:p>
    <w:p w14:paraId="0BE2E9D9" w14:textId="77777777" w:rsidR="00AC4BD3" w:rsidRPr="00842302" w:rsidRDefault="00FF29CB">
      <w:pPr>
        <w:ind w:firstLine="283"/>
        <w:rPr>
          <w:rFonts w:ascii="Arial" w:hAnsi="Arial" w:cs="Arial"/>
          <w:szCs w:val="24"/>
        </w:rPr>
      </w:pPr>
      <w:r w:rsidRPr="00842302">
        <w:rPr>
          <w:rFonts w:ascii="Arial" w:hAnsi="Arial" w:cs="Arial"/>
          <w:szCs w:val="24"/>
        </w:rPr>
        <w:t>10.2.</w:t>
      </w:r>
      <w:proofErr w:type="gramStart"/>
      <w:r w:rsidRPr="00842302">
        <w:rPr>
          <w:rFonts w:ascii="Arial" w:hAnsi="Arial" w:cs="Arial"/>
          <w:szCs w:val="24"/>
        </w:rPr>
        <w:t>2.Хуулийг</w:t>
      </w:r>
      <w:proofErr w:type="gramEnd"/>
      <w:r w:rsidRPr="00842302">
        <w:rPr>
          <w:rFonts w:ascii="Arial" w:hAnsi="Arial" w:cs="Arial"/>
          <w:szCs w:val="24"/>
        </w:rPr>
        <w:t xml:space="preserve"> удаа дараа буюу ноцтой зөрчсөн, хуульд заасан бусад үндэслэлээр татан буулгах тухай шүүхийн шийдвэр гарсан;</w:t>
      </w:r>
    </w:p>
    <w:p w14:paraId="1B31F25D" w14:textId="77777777" w:rsidR="00AC4BD3" w:rsidRPr="00842302" w:rsidRDefault="00FF29CB">
      <w:pPr>
        <w:ind w:firstLine="283"/>
        <w:rPr>
          <w:rFonts w:ascii="Arial" w:hAnsi="Arial" w:cs="Arial"/>
          <w:szCs w:val="24"/>
        </w:rPr>
      </w:pPr>
      <w:r w:rsidRPr="00842302">
        <w:rPr>
          <w:rFonts w:ascii="Arial" w:hAnsi="Arial" w:cs="Arial"/>
          <w:szCs w:val="24"/>
        </w:rPr>
        <w:t>10.2.</w:t>
      </w:r>
      <w:proofErr w:type="gramStart"/>
      <w:r w:rsidRPr="00842302">
        <w:rPr>
          <w:rFonts w:ascii="Arial" w:hAnsi="Arial" w:cs="Arial"/>
          <w:szCs w:val="24"/>
        </w:rPr>
        <w:t>3.Үйл</w:t>
      </w:r>
      <w:proofErr w:type="gramEnd"/>
      <w:r w:rsidRPr="00842302">
        <w:rPr>
          <w:rFonts w:ascii="Arial" w:hAnsi="Arial" w:cs="Arial"/>
          <w:szCs w:val="24"/>
        </w:rPr>
        <w:t xml:space="preserve"> ажиллагаагаа явуулах хугацаа дууссан буюу зорилгодоо хүрсэн учир цаашид үйл ажиллагаагаа үргэлжлүүлэх шаардлагагүй гэсэн өөрийнх нь шийдвэр гарсан.</w:t>
      </w:r>
    </w:p>
    <w:p w14:paraId="662BAD07" w14:textId="77777777" w:rsidR="00AC4BD3" w:rsidRPr="00842302" w:rsidRDefault="00FF29CB" w:rsidP="00842302">
      <w:pPr>
        <w:pStyle w:val="SectionHeading"/>
        <w:spacing w:after="0"/>
        <w:jc w:val="center"/>
        <w:rPr>
          <w:rFonts w:ascii="Arial" w:hAnsi="Arial" w:cs="Arial"/>
          <w:b w:val="0"/>
          <w:bCs/>
          <w:szCs w:val="24"/>
        </w:rPr>
      </w:pPr>
      <w:r w:rsidRPr="00842302">
        <w:rPr>
          <w:rFonts w:ascii="Arial" w:hAnsi="Arial" w:cs="Arial"/>
          <w:b w:val="0"/>
          <w:bCs/>
          <w:szCs w:val="24"/>
        </w:rPr>
        <w:t xml:space="preserve">Арван </w:t>
      </w:r>
      <w:proofErr w:type="gramStart"/>
      <w:r w:rsidRPr="00842302">
        <w:rPr>
          <w:rFonts w:ascii="Arial" w:hAnsi="Arial" w:cs="Arial"/>
          <w:b w:val="0"/>
          <w:bCs/>
          <w:szCs w:val="24"/>
        </w:rPr>
        <w:t>нэг.Дүрэмд</w:t>
      </w:r>
      <w:proofErr w:type="gramEnd"/>
      <w:r w:rsidRPr="00842302">
        <w:rPr>
          <w:rFonts w:ascii="Arial" w:hAnsi="Arial" w:cs="Arial"/>
          <w:b w:val="0"/>
          <w:bCs/>
          <w:szCs w:val="24"/>
        </w:rPr>
        <w:t xml:space="preserve"> нэмэлт, өөрчлөлт оруулах үндэслэл, журам</w:t>
      </w:r>
    </w:p>
    <w:p w14:paraId="3499DE2E" w14:textId="3291F5B8" w:rsidR="00AC4BD3" w:rsidRPr="00842302" w:rsidRDefault="00FF29CB">
      <w:pPr>
        <w:ind w:firstLine="283"/>
        <w:rPr>
          <w:rFonts w:ascii="Arial" w:hAnsi="Arial" w:cs="Arial"/>
          <w:szCs w:val="24"/>
        </w:rPr>
      </w:pPr>
      <w:r w:rsidRPr="00842302">
        <w:rPr>
          <w:rFonts w:ascii="Arial" w:hAnsi="Arial" w:cs="Arial"/>
          <w:szCs w:val="24"/>
        </w:rPr>
        <w:t>11.</w:t>
      </w:r>
      <w:proofErr w:type="gramStart"/>
      <w:r w:rsidRPr="00842302">
        <w:rPr>
          <w:rFonts w:ascii="Arial" w:hAnsi="Arial" w:cs="Arial"/>
          <w:szCs w:val="24"/>
        </w:rPr>
        <w:t>1.Төрийн</w:t>
      </w:r>
      <w:proofErr w:type="gramEnd"/>
      <w:r w:rsidRPr="00842302">
        <w:rPr>
          <w:rFonts w:ascii="Arial" w:hAnsi="Arial" w:cs="Arial"/>
          <w:szCs w:val="24"/>
        </w:rPr>
        <w:t xml:space="preserve"> бус байгууллагын дүрэмд оруулах нэмэлт өөрчлөлтийг </w:t>
      </w:r>
      <w:r w:rsidR="00DC68DD">
        <w:rPr>
          <w:rFonts w:ascii="Arial" w:hAnsi="Arial" w:cs="Arial"/>
          <w:szCs w:val="24"/>
          <w:lang w:val="mn-MN"/>
        </w:rPr>
        <w:t>Бүх гишүүдийн хурлаар</w:t>
      </w:r>
      <w:r w:rsidRPr="00842302">
        <w:rPr>
          <w:rFonts w:ascii="Arial" w:hAnsi="Arial" w:cs="Arial"/>
          <w:szCs w:val="24"/>
        </w:rPr>
        <w:t xml:space="preserve"> </w:t>
      </w:r>
      <w:proofErr w:type="spellStart"/>
      <w:r w:rsidRPr="00842302">
        <w:rPr>
          <w:rFonts w:ascii="Arial" w:hAnsi="Arial" w:cs="Arial"/>
          <w:szCs w:val="24"/>
        </w:rPr>
        <w:t>хэлэлцэж</w:t>
      </w:r>
      <w:proofErr w:type="spellEnd"/>
      <w:r w:rsidRPr="00842302">
        <w:rPr>
          <w:rFonts w:ascii="Arial" w:hAnsi="Arial" w:cs="Arial"/>
          <w:szCs w:val="24"/>
        </w:rPr>
        <w:t xml:space="preserve"> </w:t>
      </w:r>
      <w:proofErr w:type="spellStart"/>
      <w:r w:rsidRPr="00842302">
        <w:rPr>
          <w:rFonts w:ascii="Arial" w:hAnsi="Arial" w:cs="Arial"/>
          <w:szCs w:val="24"/>
        </w:rPr>
        <w:t>олонхийн</w:t>
      </w:r>
      <w:proofErr w:type="spellEnd"/>
      <w:r w:rsidRPr="00842302">
        <w:rPr>
          <w:rFonts w:ascii="Arial" w:hAnsi="Arial" w:cs="Arial"/>
          <w:szCs w:val="24"/>
        </w:rPr>
        <w:t xml:space="preserve"> </w:t>
      </w:r>
      <w:proofErr w:type="spellStart"/>
      <w:r w:rsidRPr="00842302">
        <w:rPr>
          <w:rFonts w:ascii="Arial" w:hAnsi="Arial" w:cs="Arial"/>
          <w:szCs w:val="24"/>
        </w:rPr>
        <w:t>саналаар</w:t>
      </w:r>
      <w:proofErr w:type="spellEnd"/>
      <w:r w:rsidRPr="00842302">
        <w:rPr>
          <w:rFonts w:ascii="Arial" w:hAnsi="Arial" w:cs="Arial"/>
          <w:szCs w:val="24"/>
        </w:rPr>
        <w:t xml:space="preserve"> </w:t>
      </w:r>
      <w:proofErr w:type="spellStart"/>
      <w:r w:rsidRPr="00842302">
        <w:rPr>
          <w:rFonts w:ascii="Arial" w:hAnsi="Arial" w:cs="Arial"/>
          <w:szCs w:val="24"/>
        </w:rPr>
        <w:t>шийдвэрлэнэ</w:t>
      </w:r>
      <w:proofErr w:type="spellEnd"/>
      <w:r w:rsidRPr="00842302">
        <w:rPr>
          <w:rFonts w:ascii="Arial" w:hAnsi="Arial" w:cs="Arial"/>
          <w:szCs w:val="24"/>
        </w:rPr>
        <w:t>.</w:t>
      </w:r>
    </w:p>
    <w:p w14:paraId="64012BE1" w14:textId="1F9AEC75" w:rsidR="00AC4BD3" w:rsidRDefault="00FF29CB" w:rsidP="00842302">
      <w:pPr>
        <w:pStyle w:val="SectionHeading"/>
        <w:spacing w:after="0"/>
        <w:jc w:val="center"/>
        <w:rPr>
          <w:rFonts w:ascii="Arial" w:hAnsi="Arial" w:cs="Arial"/>
          <w:b w:val="0"/>
          <w:bCs/>
          <w:szCs w:val="24"/>
        </w:rPr>
      </w:pPr>
      <w:proofErr w:type="spellStart"/>
      <w:r w:rsidRPr="00842302">
        <w:rPr>
          <w:rFonts w:ascii="Arial" w:hAnsi="Arial" w:cs="Arial"/>
          <w:b w:val="0"/>
          <w:bCs/>
          <w:szCs w:val="24"/>
        </w:rPr>
        <w:t>Арван</w:t>
      </w:r>
      <w:proofErr w:type="spellEnd"/>
      <w:r w:rsidRPr="00842302">
        <w:rPr>
          <w:rFonts w:ascii="Arial" w:hAnsi="Arial" w:cs="Arial"/>
          <w:b w:val="0"/>
          <w:bCs/>
          <w:szCs w:val="24"/>
        </w:rPr>
        <w:t xml:space="preserve"> </w:t>
      </w:r>
      <w:proofErr w:type="spellStart"/>
      <w:proofErr w:type="gramStart"/>
      <w:r w:rsidRPr="00842302">
        <w:rPr>
          <w:rFonts w:ascii="Arial" w:hAnsi="Arial" w:cs="Arial"/>
          <w:b w:val="0"/>
          <w:bCs/>
          <w:szCs w:val="24"/>
        </w:rPr>
        <w:t>хоёр.Төрийн</w:t>
      </w:r>
      <w:proofErr w:type="spellEnd"/>
      <w:proofErr w:type="gramEnd"/>
      <w:r w:rsidRPr="00842302">
        <w:rPr>
          <w:rFonts w:ascii="Arial" w:hAnsi="Arial" w:cs="Arial"/>
          <w:b w:val="0"/>
          <w:bCs/>
          <w:szCs w:val="24"/>
        </w:rPr>
        <w:t xml:space="preserve"> </w:t>
      </w:r>
      <w:proofErr w:type="spellStart"/>
      <w:r w:rsidRPr="00842302">
        <w:rPr>
          <w:rFonts w:ascii="Arial" w:hAnsi="Arial" w:cs="Arial"/>
          <w:b w:val="0"/>
          <w:bCs/>
          <w:szCs w:val="24"/>
        </w:rPr>
        <w:t>бус</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байгууллагын</w:t>
      </w:r>
      <w:proofErr w:type="spellEnd"/>
      <w:r w:rsidRPr="00842302">
        <w:rPr>
          <w:rFonts w:ascii="Arial" w:hAnsi="Arial" w:cs="Arial"/>
          <w:b w:val="0"/>
          <w:bCs/>
          <w:szCs w:val="24"/>
        </w:rPr>
        <w:t xml:space="preserve"> </w:t>
      </w:r>
      <w:proofErr w:type="spellStart"/>
      <w:r w:rsidRPr="00842302">
        <w:rPr>
          <w:rFonts w:ascii="Arial" w:hAnsi="Arial" w:cs="Arial"/>
          <w:b w:val="0"/>
          <w:bCs/>
          <w:szCs w:val="24"/>
        </w:rPr>
        <w:t>санхүүжилт</w:t>
      </w:r>
      <w:proofErr w:type="spellEnd"/>
    </w:p>
    <w:p w14:paraId="156E0339" w14:textId="77777777" w:rsidR="00842302" w:rsidRPr="00842302" w:rsidRDefault="00842302" w:rsidP="00842302">
      <w:pPr>
        <w:pStyle w:val="SectionHeading"/>
        <w:spacing w:after="0"/>
        <w:jc w:val="center"/>
        <w:rPr>
          <w:rFonts w:ascii="Arial" w:hAnsi="Arial" w:cs="Arial"/>
          <w:b w:val="0"/>
          <w:bCs/>
          <w:szCs w:val="24"/>
        </w:rPr>
      </w:pPr>
    </w:p>
    <w:p w14:paraId="1BFD4BDB" w14:textId="77777777" w:rsidR="00AC4BD3" w:rsidRPr="00842302" w:rsidRDefault="00FF29CB">
      <w:pPr>
        <w:ind w:firstLine="283"/>
        <w:rPr>
          <w:rFonts w:ascii="Arial" w:hAnsi="Arial" w:cs="Arial"/>
          <w:szCs w:val="24"/>
        </w:rPr>
      </w:pPr>
      <w:r w:rsidRPr="00842302">
        <w:rPr>
          <w:rFonts w:ascii="Arial" w:hAnsi="Arial" w:cs="Arial"/>
          <w:szCs w:val="24"/>
        </w:rPr>
        <w:t>12.</w:t>
      </w:r>
      <w:proofErr w:type="gramStart"/>
      <w:r w:rsidRPr="00842302">
        <w:rPr>
          <w:rFonts w:ascii="Arial" w:hAnsi="Arial" w:cs="Arial"/>
          <w:szCs w:val="24"/>
        </w:rPr>
        <w:t>1.Төрийн</w:t>
      </w:r>
      <w:proofErr w:type="gramEnd"/>
      <w:r w:rsidRPr="00842302">
        <w:rPr>
          <w:rFonts w:ascii="Arial" w:hAnsi="Arial" w:cs="Arial"/>
          <w:szCs w:val="24"/>
        </w:rPr>
        <w:t xml:space="preserve"> бус байгууллагын орлого нь гишүүдийн татвар, хураамж, иргэд, аж ахуйн нэгж, байгууллагын хандив, дүрмийн зорилгоо хэрэгжүүлэхтэй холбогдсон аж ахуйн үйл ажиллагаанаас олсон орлого, зээлийн өвийн болон төсөл хэрэгжүүлэх зорилгоор улсын төсвөөс олгосон хөрөнгийн эх үүсвэрээс бүрдэж болно.</w:t>
      </w:r>
    </w:p>
    <w:p w14:paraId="5F53C05C" w14:textId="77777777" w:rsidR="00AC4BD3" w:rsidRPr="00842302" w:rsidRDefault="00FF29CB">
      <w:pPr>
        <w:ind w:firstLine="283"/>
        <w:rPr>
          <w:rFonts w:ascii="Arial" w:hAnsi="Arial" w:cs="Arial"/>
          <w:szCs w:val="24"/>
        </w:rPr>
      </w:pPr>
      <w:r w:rsidRPr="00842302">
        <w:rPr>
          <w:rFonts w:ascii="Arial" w:hAnsi="Arial" w:cs="Arial"/>
          <w:szCs w:val="24"/>
        </w:rPr>
        <w:t>12.</w:t>
      </w:r>
      <w:proofErr w:type="gramStart"/>
      <w:r w:rsidRPr="00842302">
        <w:rPr>
          <w:rFonts w:ascii="Arial" w:hAnsi="Arial" w:cs="Arial"/>
          <w:szCs w:val="24"/>
        </w:rPr>
        <w:t>2.Төрийн</w:t>
      </w:r>
      <w:proofErr w:type="gramEnd"/>
      <w:r w:rsidRPr="00842302">
        <w:rPr>
          <w:rFonts w:ascii="Arial" w:hAnsi="Arial" w:cs="Arial"/>
          <w:szCs w:val="24"/>
        </w:rPr>
        <w:t xml:space="preserve"> бус байгууллагын санхүүгийн жил 1 дүгээр сарын 1-ний өдрөөс эхэлж 12 дугаар сарын 31-ний өдөр дуусгавар болно.</w:t>
      </w:r>
    </w:p>
    <w:p w14:paraId="2B078548" w14:textId="77777777" w:rsidR="00AC4BD3" w:rsidRPr="00842302" w:rsidRDefault="00FF29CB">
      <w:pPr>
        <w:ind w:firstLine="283"/>
        <w:rPr>
          <w:rFonts w:ascii="Arial" w:hAnsi="Arial" w:cs="Arial"/>
          <w:szCs w:val="24"/>
        </w:rPr>
      </w:pPr>
      <w:r w:rsidRPr="00842302">
        <w:rPr>
          <w:rFonts w:ascii="Arial" w:hAnsi="Arial" w:cs="Arial"/>
          <w:szCs w:val="24"/>
        </w:rPr>
        <w:t>12.</w:t>
      </w:r>
      <w:proofErr w:type="gramStart"/>
      <w:r w:rsidRPr="00842302">
        <w:rPr>
          <w:rFonts w:ascii="Arial" w:hAnsi="Arial" w:cs="Arial"/>
          <w:szCs w:val="24"/>
        </w:rPr>
        <w:t>3.Санхүүгийн</w:t>
      </w:r>
      <w:proofErr w:type="gramEnd"/>
      <w:r w:rsidRPr="00842302">
        <w:rPr>
          <w:rFonts w:ascii="Arial" w:hAnsi="Arial" w:cs="Arial"/>
          <w:szCs w:val="24"/>
        </w:rPr>
        <w:t xml:space="preserve"> тайлан тэнцлийг зохих хууль журмын дагуу гаргаж тайлагнана.</w:t>
      </w:r>
    </w:p>
    <w:p w14:paraId="5A90D84C" w14:textId="77777777" w:rsidR="00AC4BD3" w:rsidRPr="00842302" w:rsidRDefault="00FF29CB">
      <w:pPr>
        <w:ind w:firstLine="283"/>
        <w:rPr>
          <w:rFonts w:ascii="Arial" w:hAnsi="Arial" w:cs="Arial"/>
          <w:szCs w:val="24"/>
        </w:rPr>
      </w:pPr>
      <w:r w:rsidRPr="00842302">
        <w:rPr>
          <w:rFonts w:ascii="Arial" w:hAnsi="Arial" w:cs="Arial"/>
          <w:szCs w:val="24"/>
        </w:rPr>
        <w:t>12.</w:t>
      </w:r>
      <w:proofErr w:type="gramStart"/>
      <w:r w:rsidRPr="00842302">
        <w:rPr>
          <w:rFonts w:ascii="Arial" w:hAnsi="Arial" w:cs="Arial"/>
          <w:szCs w:val="24"/>
        </w:rPr>
        <w:t>4.Төрийн</w:t>
      </w:r>
      <w:proofErr w:type="gramEnd"/>
      <w:r w:rsidRPr="00842302">
        <w:rPr>
          <w:rFonts w:ascii="Arial" w:hAnsi="Arial" w:cs="Arial"/>
          <w:szCs w:val="24"/>
        </w:rPr>
        <w:t xml:space="preserve"> бус байгууллагын үйл ажиллагааны тайланг хуульд заасан хугацаа, журмын дагуу тайлагнана.</w:t>
      </w:r>
    </w:p>
    <w:p w14:paraId="5D0457D0" w14:textId="77777777" w:rsidR="00FF29CB" w:rsidRDefault="00FF29CB" w:rsidP="00FF29CB">
      <w:pPr>
        <w:pStyle w:val="SectionHeading"/>
        <w:spacing w:before="200" w:after="0"/>
        <w:rPr>
          <w:rFonts w:ascii="Arial" w:hAnsi="Arial" w:cs="Arial"/>
          <w:b w:val="0"/>
          <w:bCs/>
          <w:szCs w:val="24"/>
        </w:rPr>
      </w:pPr>
    </w:p>
    <w:p w14:paraId="406DBFF7" w14:textId="2E0CDF8E" w:rsidR="00AC4BD3" w:rsidRPr="00FF29CB" w:rsidRDefault="00FF29CB" w:rsidP="00FF29CB">
      <w:pPr>
        <w:pStyle w:val="SectionHeading"/>
        <w:spacing w:before="200" w:after="0"/>
        <w:rPr>
          <w:rFonts w:ascii="Arial" w:hAnsi="Arial" w:cs="Arial"/>
          <w:b w:val="0"/>
          <w:bCs/>
          <w:szCs w:val="24"/>
        </w:rPr>
      </w:pPr>
      <w:r>
        <w:rPr>
          <w:rFonts w:ascii="Arial" w:hAnsi="Arial" w:cs="Arial"/>
          <w:b w:val="0"/>
          <w:bCs/>
          <w:szCs w:val="24"/>
        </w:rPr>
        <w:t xml:space="preserve">                                  </w:t>
      </w:r>
      <w:r w:rsidRPr="00FF29CB">
        <w:rPr>
          <w:rFonts w:ascii="Arial" w:hAnsi="Arial" w:cs="Arial"/>
          <w:b w:val="0"/>
          <w:bCs/>
          <w:szCs w:val="24"/>
        </w:rPr>
        <w:t>ҮҮСГЭН БАЙГУУЛАГЧИД:</w:t>
      </w:r>
    </w:p>
    <w:p w14:paraId="4D6A3EEC" w14:textId="77777777" w:rsidR="00AC4BD3" w:rsidRPr="00842302" w:rsidRDefault="00FF29CB" w:rsidP="00FF29CB">
      <w:pPr>
        <w:spacing w:after="20"/>
        <w:jc w:val="right"/>
        <w:rPr>
          <w:rFonts w:ascii="Arial" w:hAnsi="Arial" w:cs="Arial"/>
          <w:szCs w:val="24"/>
        </w:rPr>
      </w:pPr>
      <w:r w:rsidRPr="00842302">
        <w:rPr>
          <w:rFonts w:ascii="Arial" w:hAnsi="Arial" w:cs="Arial"/>
          <w:szCs w:val="24"/>
        </w:rPr>
        <w:t>/........................................................../</w:t>
      </w:r>
    </w:p>
    <w:p w14:paraId="7FFCCC8E" w14:textId="77777777" w:rsidR="00AC4BD3" w:rsidRPr="00842302" w:rsidRDefault="00FF29CB" w:rsidP="00FF29CB">
      <w:pPr>
        <w:spacing w:after="20"/>
        <w:jc w:val="right"/>
        <w:rPr>
          <w:rFonts w:ascii="Arial" w:hAnsi="Arial" w:cs="Arial"/>
          <w:szCs w:val="24"/>
        </w:rPr>
      </w:pPr>
      <w:r w:rsidRPr="00842302">
        <w:rPr>
          <w:rFonts w:ascii="Arial" w:hAnsi="Arial" w:cs="Arial"/>
          <w:szCs w:val="24"/>
        </w:rPr>
        <w:t>/........................................................../</w:t>
      </w:r>
    </w:p>
    <w:p w14:paraId="20406836" w14:textId="77777777" w:rsidR="00AC4BD3" w:rsidRPr="00842302" w:rsidRDefault="00FF29CB" w:rsidP="00FF29CB">
      <w:pPr>
        <w:spacing w:after="20"/>
        <w:jc w:val="right"/>
        <w:rPr>
          <w:rFonts w:ascii="Arial" w:hAnsi="Arial" w:cs="Arial"/>
          <w:szCs w:val="24"/>
        </w:rPr>
      </w:pPr>
      <w:r w:rsidRPr="00842302">
        <w:rPr>
          <w:rFonts w:ascii="Arial" w:hAnsi="Arial" w:cs="Arial"/>
          <w:szCs w:val="24"/>
        </w:rPr>
        <w:t>/........................................................../</w:t>
      </w:r>
    </w:p>
    <w:p w14:paraId="61EAA693" w14:textId="77777777" w:rsidR="00AC4BD3" w:rsidRPr="00842302" w:rsidRDefault="00FF29CB" w:rsidP="00FF29CB">
      <w:pPr>
        <w:spacing w:after="20"/>
        <w:jc w:val="right"/>
        <w:rPr>
          <w:rFonts w:ascii="Arial" w:hAnsi="Arial" w:cs="Arial"/>
          <w:szCs w:val="24"/>
        </w:rPr>
      </w:pPr>
      <w:r w:rsidRPr="00842302">
        <w:rPr>
          <w:rFonts w:ascii="Arial" w:hAnsi="Arial" w:cs="Arial"/>
          <w:szCs w:val="24"/>
        </w:rPr>
        <w:t>/........................................................../</w:t>
      </w:r>
    </w:p>
    <w:p w14:paraId="02052FC5" w14:textId="77777777" w:rsidR="00AC4BD3" w:rsidRPr="00842302" w:rsidRDefault="00FF29CB" w:rsidP="00FF29CB">
      <w:pPr>
        <w:spacing w:after="20"/>
        <w:jc w:val="right"/>
        <w:rPr>
          <w:rFonts w:ascii="Arial" w:hAnsi="Arial" w:cs="Arial"/>
          <w:szCs w:val="24"/>
        </w:rPr>
      </w:pPr>
      <w:r w:rsidRPr="00842302">
        <w:rPr>
          <w:rFonts w:ascii="Arial" w:hAnsi="Arial" w:cs="Arial"/>
          <w:szCs w:val="24"/>
        </w:rPr>
        <w:t>/........................................................../</w:t>
      </w:r>
    </w:p>
    <w:p w14:paraId="1C064E4B" w14:textId="77777777" w:rsidR="00AC4BD3" w:rsidRPr="00842302" w:rsidRDefault="00FF29CB" w:rsidP="00FF29CB">
      <w:pPr>
        <w:spacing w:after="20"/>
        <w:jc w:val="right"/>
        <w:rPr>
          <w:rFonts w:ascii="Arial" w:hAnsi="Arial" w:cs="Arial"/>
          <w:szCs w:val="24"/>
        </w:rPr>
      </w:pPr>
      <w:r w:rsidRPr="00842302">
        <w:rPr>
          <w:rFonts w:ascii="Arial" w:hAnsi="Arial" w:cs="Arial"/>
          <w:szCs w:val="24"/>
        </w:rPr>
        <w:t>/........................................................../</w:t>
      </w:r>
    </w:p>
    <w:sectPr w:rsidR="00AC4BD3" w:rsidRPr="00842302"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447F"/>
    <w:rsid w:val="00107953"/>
    <w:rsid w:val="0015074B"/>
    <w:rsid w:val="00202B3F"/>
    <w:rsid w:val="002546F8"/>
    <w:rsid w:val="0028128E"/>
    <w:rsid w:val="0029639D"/>
    <w:rsid w:val="002B68D8"/>
    <w:rsid w:val="00326F90"/>
    <w:rsid w:val="00570796"/>
    <w:rsid w:val="005F1F7E"/>
    <w:rsid w:val="00834BF0"/>
    <w:rsid w:val="00842302"/>
    <w:rsid w:val="009272CF"/>
    <w:rsid w:val="00A537F2"/>
    <w:rsid w:val="00AA1D8D"/>
    <w:rsid w:val="00AC4BD3"/>
    <w:rsid w:val="00B47730"/>
    <w:rsid w:val="00BF6568"/>
    <w:rsid w:val="00C736F7"/>
    <w:rsid w:val="00CB0664"/>
    <w:rsid w:val="00DC68DD"/>
    <w:rsid w:val="00FC693F"/>
    <w:rsid w:val="00FF29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5FE03B"/>
  <w14:defaultImageDpi w14:val="300"/>
  <w15:docId w15:val="{A76C92ED-0506-4E89-8ABD-17EFFE5A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keepNext/>
      <w:spacing w:before="140" w:after="60"/>
    </w:pPr>
    <w:rPr>
      <w:rFonts w:ascii="Times New Roman" w:hAnsi="Times New Roman"/>
      <w:b/>
      <w:sz w:val="24"/>
    </w:rPr>
  </w:style>
  <w:style w:type="paragraph" w:styleId="BodyTextIndent3">
    <w:name w:val="Body Text Indent 3"/>
    <w:basedOn w:val="Normal"/>
    <w:link w:val="BodyTextIndent3Char"/>
    <w:uiPriority w:val="99"/>
    <w:semiHidden/>
    <w:unhideWhenUsed/>
    <w:rsid w:val="00FF29C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F29CB"/>
    <w:rPr>
      <w:rFonts w:ascii="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4</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13</cp:revision>
  <dcterms:created xsi:type="dcterms:W3CDTF">2026-08-20T06:35:00Z</dcterms:created>
  <dcterms:modified xsi:type="dcterms:W3CDTF">2026-08-26T07:21:00Z</dcterms:modified>
  <cp:category/>
</cp:coreProperties>
</file>